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8EB51" w14:textId="77777777" w:rsidR="00B134CE" w:rsidRDefault="00000000">
      <w:pPr>
        <w:spacing w:before="720" w:after="240"/>
        <w:jc w:val="center"/>
      </w:pPr>
      <w:r>
        <w:rPr>
          <w:b/>
          <w:color w:val="113867"/>
          <w:sz w:val="48"/>
        </w:rPr>
        <w:t>CẨM NANG TOÀN DIỆN CLAUDE AI</w:t>
      </w:r>
      <w:r>
        <w:rPr>
          <w:b/>
          <w:color w:val="113867"/>
          <w:sz w:val="48"/>
        </w:rPr>
        <w:br/>
        <w:t>CLAUDE COWORK &amp; CLAUDE CODE</w:t>
      </w:r>
    </w:p>
    <w:p w14:paraId="007857D9" w14:textId="77777777" w:rsidR="00B134CE" w:rsidRDefault="00000000">
      <w:pPr>
        <w:spacing w:after="480"/>
        <w:jc w:val="center"/>
      </w:pPr>
      <w:r>
        <w:rPr>
          <w:i/>
          <w:color w:val="555555"/>
          <w:sz w:val="26"/>
        </w:rPr>
        <w:t>Hướng Dẫn Sử Dụng Chuẩn Anthropic Academy &amp; Tự Động Hóa Chuyên Sâu Doanh Nghiệp</w:t>
      </w:r>
      <w:r>
        <w:rPr>
          <w:i/>
          <w:color w:val="555555"/>
          <w:sz w:val="26"/>
        </w:rPr>
        <w:br/>
        <w:t>(Bản Nâng Cấp &amp; Mở Rộng Chuyên Sâu 2026)</w:t>
      </w:r>
    </w:p>
    <w:p w14:paraId="23CED602" w14:textId="0F3479EC" w:rsidR="00B134CE" w:rsidRDefault="00000000">
      <w:pPr>
        <w:spacing w:after="720"/>
        <w:jc w:val="center"/>
      </w:pPr>
      <w:r>
        <w:rPr>
          <w:color w:val="666666"/>
          <w:sz w:val="20"/>
        </w:rPr>
        <w:t>Biên soạn &amp; Cấu trúc lại theo Tiêu chuẩn Đào tạo Anthropic Academy</w:t>
      </w:r>
      <w:r>
        <w:rPr>
          <w:color w:val="666666"/>
          <w:sz w:val="20"/>
        </w:rPr>
        <w:br/>
        <w:t xml:space="preserve">Tác giả: </w:t>
      </w:r>
      <w:r w:rsidR="009A276D">
        <w:rPr>
          <w:color w:val="666666"/>
          <w:sz w:val="20"/>
        </w:rPr>
        <w:t>Thảo Nguyễn</w:t>
      </w:r>
      <w:r>
        <w:rPr>
          <w:color w:val="666666"/>
          <w:sz w:val="20"/>
        </w:rPr>
        <w:t xml:space="preserve"> — MACI | Cập nhật: Tháng 9, 2026</w:t>
      </w:r>
      <w:r>
        <w:rPr>
          <w:color w:val="666666"/>
          <w:sz w:val="20"/>
        </w:rPr>
        <w:br/>
        <w:t>Định dạng: Tài liệu Đào tạo &amp; Tra cứu Kỹ thuật Chuyên sâu</w:t>
      </w:r>
    </w:p>
    <w:p w14:paraId="50F4CAB7" w14:textId="77777777" w:rsidR="00B134CE" w:rsidRDefault="00000000">
      <w:r>
        <w:br w:type="page"/>
      </w:r>
    </w:p>
    <w:p w14:paraId="5A11B877" w14:textId="77777777" w:rsidR="00B134CE" w:rsidRDefault="00000000">
      <w:pPr>
        <w:pStyle w:val="Heading1"/>
        <w:spacing w:before="360" w:after="160"/>
      </w:pPr>
      <w:r>
        <w:rPr>
          <w:color w:val="113867"/>
          <w:sz w:val="32"/>
        </w:rPr>
        <w:lastRenderedPageBreak/>
        <w:t>MỤC LỤC TỔNG QUÁT</w:t>
      </w:r>
    </w:p>
    <w:p w14:paraId="74DE97A0" w14:textId="77777777" w:rsidR="00B134CE" w:rsidRDefault="00000000">
      <w:r>
        <w:fldChar w:fldCharType="begin"/>
      </w:r>
      <w:r>
        <w:instrText>TOC \o "1-3" \h \z \u</w:instrText>
      </w:r>
      <w:r>
        <w:fldChar w:fldCharType="end"/>
      </w:r>
    </w:p>
    <w:tbl>
      <w:tblPr>
        <w:tblW w:w="0" w:type="auto"/>
        <w:jc w:val="center"/>
        <w:tblLayout w:type="fixed"/>
        <w:tblLook w:val="04A0" w:firstRow="1" w:lastRow="0" w:firstColumn="1" w:lastColumn="0" w:noHBand="0" w:noVBand="1"/>
      </w:tblPr>
      <w:tblGrid>
        <w:gridCol w:w="9360"/>
      </w:tblGrid>
      <w:tr w:rsidR="00B134CE" w14:paraId="357C4DEB" w14:textId="77777777">
        <w:trPr>
          <w:jc w:val="center"/>
        </w:trPr>
        <w:tc>
          <w:tcPr>
            <w:tcW w:w="9360" w:type="dxa"/>
            <w:tcBorders>
              <w:left w:val="single" w:sz="24" w:space="0" w:color="2F5496"/>
            </w:tcBorders>
            <w:shd w:val="clear" w:color="auto" w:fill="F0F4F8"/>
            <w:tcMar>
              <w:top w:w="140" w:type="dxa"/>
              <w:left w:w="200" w:type="dxa"/>
              <w:bottom w:w="140" w:type="dxa"/>
              <w:right w:w="180" w:type="dxa"/>
            </w:tcMar>
          </w:tcPr>
          <w:p w14:paraId="1A6BD2A2" w14:textId="77777777" w:rsidR="00B134CE" w:rsidRDefault="00000000">
            <w:pPr>
              <w:spacing w:after="80"/>
            </w:pPr>
            <w:r>
              <w:rPr>
                <w:b/>
                <w:color w:val="2F5496"/>
              </w:rPr>
              <w:t>ℹ️ HƯỚNG DẪN CẬP NHẬT MỤC LỤC</w:t>
            </w:r>
            <w:r>
              <w:rPr>
                <w:b/>
                <w:color w:val="2F5496"/>
              </w:rPr>
              <w:br/>
            </w:r>
            <w:r>
              <w:rPr>
                <w:color w:val="333333"/>
                <w:sz w:val="20"/>
              </w:rPr>
              <w:t>Trường mục lục tự động (TOC) ở trên sẽ tự động cập nhật số trang chuẩn khi bạn mở tệp này bằng Microsoft Word hoặc Google Docs (nhấp chuột phải vào Mục lục -&gt; Update Field). Dưới đây là cấu trúc khung nội dung chi tiết.</w:t>
            </w:r>
          </w:p>
        </w:tc>
      </w:tr>
    </w:tbl>
    <w:p w14:paraId="7CC60BA1" w14:textId="77777777" w:rsidR="00B134CE" w:rsidRDefault="00B134CE">
      <w:pPr>
        <w:spacing w:after="80"/>
      </w:pPr>
    </w:p>
    <w:p w14:paraId="54B928D5" w14:textId="77777777" w:rsidR="00B134CE" w:rsidRDefault="00000000">
      <w:pPr>
        <w:pStyle w:val="ListBullet"/>
        <w:spacing w:after="60"/>
      </w:pPr>
      <w:r>
        <w:rPr>
          <w:b/>
        </w:rPr>
        <w:t>LỜI NÓI ĐẦU &amp; TỔNG QUAN NĂNG LỰC CLAUDE 2026</w:t>
      </w:r>
      <w:r>
        <w:rPr>
          <w:color w:val="333333"/>
        </w:rPr>
        <w:t xml:space="preserve"> Giới thiệu chương trình Anthropic Academy và bước ngoặt Agentic AI</w:t>
      </w:r>
    </w:p>
    <w:p w14:paraId="5E604B45" w14:textId="77777777" w:rsidR="00B134CE" w:rsidRDefault="00000000">
      <w:pPr>
        <w:pStyle w:val="ListBullet"/>
        <w:spacing w:after="60"/>
      </w:pPr>
      <w:r>
        <w:rPr>
          <w:b/>
        </w:rPr>
        <w:t>PHẦN I — NỀN TẢNG TRIẾT LÝ &amp; KIẾN TRÚC CLAUDE AI</w:t>
      </w:r>
      <w:r>
        <w:rPr>
          <w:color w:val="333333"/>
        </w:rPr>
        <w:t xml:space="preserve"> Bài 1: Constitutional AI (3Hs) | Bài 2: So sánh Chatbot | Bài 3: 8 Sai lầm cốt lõi</w:t>
      </w:r>
    </w:p>
    <w:p w14:paraId="2F347261" w14:textId="77777777" w:rsidR="00B134CE" w:rsidRDefault="00000000">
      <w:pPr>
        <w:pStyle w:val="ListBullet"/>
        <w:spacing w:after="60"/>
      </w:pPr>
      <w:r>
        <w:rPr>
          <w:b/>
        </w:rPr>
        <w:t>PHẦN II — NGHỆ THUẬT GIAO TIẾP &amp; KỸ THUẬT PROMPTING CHUYÊN SÂU</w:t>
      </w:r>
      <w:r>
        <w:rPr>
          <w:color w:val="333333"/>
        </w:rPr>
        <w:t xml:space="preserve"> Bài 4: Khung C-T-R | Bài 5: Khung CRAFT | Bài 6: Context Window &amp; File | Bài 7: Extended Thinking | Bài 8: Memory &amp; Styles</w:t>
      </w:r>
    </w:p>
    <w:p w14:paraId="0A14C4B0" w14:textId="77777777" w:rsidR="00B134CE" w:rsidRDefault="00000000">
      <w:pPr>
        <w:pStyle w:val="ListBullet"/>
        <w:spacing w:after="60"/>
      </w:pPr>
      <w:r>
        <w:rPr>
          <w:b/>
        </w:rPr>
        <w:t>PHẦN III — KHUNG NĂNG LỰC AI FLUENCY &amp; TƯ DUY ĐẠI LÝ</w:t>
      </w:r>
      <w:r>
        <w:rPr>
          <w:color w:val="333333"/>
        </w:rPr>
        <w:t xml:space="preserve"> Bài 9: Khung 4D Framework | Bài 10: Quy trình Rio's Loop &amp; Lightweight Evals</w:t>
      </w:r>
    </w:p>
    <w:p w14:paraId="59CA586C" w14:textId="77777777" w:rsidR="00B134CE" w:rsidRDefault="00000000">
      <w:pPr>
        <w:pStyle w:val="ListBullet"/>
        <w:spacing w:after="60"/>
      </w:pPr>
      <w:r>
        <w:rPr>
          <w:b/>
        </w:rPr>
        <w:t>PHẦN IV — KHÔNG GIAN LÀM VIỆC CHUYÊN DỤNG (PROJECTS, SKILLS &amp; ARTIFACTS)</w:t>
      </w:r>
      <w:r>
        <w:rPr>
          <w:color w:val="333333"/>
        </w:rPr>
        <w:t xml:space="preserve"> Bài 11: Projects &amp; Custom Instructions | Bài 12: Custom Skills (SKILL.md) | Bài 13: Artifacts &amp; Interactive Apps</w:t>
      </w:r>
    </w:p>
    <w:p w14:paraId="42AF01D3" w14:textId="77777777" w:rsidR="00B134CE" w:rsidRDefault="00000000">
      <w:pPr>
        <w:pStyle w:val="ListBullet"/>
        <w:spacing w:after="60"/>
      </w:pPr>
      <w:r>
        <w:rPr>
          <w:b/>
        </w:rPr>
        <w:t>PHẦN V — CHUYÊN ĐỀ 1: CLAUDE COWORK — ĐẠI LÝ TỰ ĐỘNG HÓA CÔNG VIỆC DÀI HẠN</w:t>
      </w:r>
      <w:r>
        <w:rPr>
          <w:color w:val="333333"/>
        </w:rPr>
        <w:t xml:space="preserve"> Bài 14: Kiến trúc Cowork | Bài 15: 8 Tính năng Cốt lõi | Bài 16: Plan-Execute-Review &amp; Sandbox | Bài 17: Quy trình Báo cáo Doanh nghiệp</w:t>
      </w:r>
    </w:p>
    <w:p w14:paraId="4EE5C648" w14:textId="77777777" w:rsidR="00B134CE" w:rsidRDefault="00000000">
      <w:pPr>
        <w:pStyle w:val="ListBullet"/>
        <w:spacing w:after="60"/>
      </w:pPr>
      <w:r>
        <w:rPr>
          <w:b/>
        </w:rPr>
        <w:t>PHẦN VI — CHUYÊN ĐỀ 2: CLAUDE CODE — ĐẠI LÝ LẬP TRÌNH VÀ PHÁT TRIỂN PHẦN MỀM</w:t>
      </w:r>
      <w:r>
        <w:rPr>
          <w:color w:val="333333"/>
        </w:rPr>
        <w:t xml:space="preserve"> Bài 18: Tổng quan CLI | Bài 19: 3 Chế độ (Ask/Code/Plan) &amp; Git | Bài 20: Extended Thinking (think -&gt; ultrathink) | Bài 21: Refactoring &amp; Security</w:t>
      </w:r>
    </w:p>
    <w:p w14:paraId="5FF48EB2" w14:textId="77777777" w:rsidR="00B134CE" w:rsidRDefault="00000000">
      <w:pPr>
        <w:pStyle w:val="ListBullet"/>
        <w:spacing w:after="60"/>
      </w:pPr>
      <w:r>
        <w:rPr>
          <w:b/>
        </w:rPr>
        <w:t>PHẦN VII — HỆ SINH THÁI MỞ RỘNG (MCP, CONNECTORS &amp; ENTERPRISE SEARCH)</w:t>
      </w:r>
      <w:r>
        <w:rPr>
          <w:color w:val="333333"/>
        </w:rPr>
        <w:t xml:space="preserve"> Bài 22: MCP &amp; Connectors | Bài 23: Enterprise Search &amp; Research Mode | Bài 24: Claude Design &amp; Token Economics</w:t>
      </w:r>
    </w:p>
    <w:p w14:paraId="44133B00" w14:textId="77777777" w:rsidR="00B134CE" w:rsidRDefault="00000000">
      <w:pPr>
        <w:pStyle w:val="ListBullet"/>
        <w:spacing w:after="60"/>
      </w:pPr>
      <w:r>
        <w:rPr>
          <w:b/>
        </w:rPr>
        <w:t>PHẦN VIII — BỘ MẪU THỰC HÀNH PASTE-READY &amp; PHỤ LỤC TOÀN DIỆN</w:t>
      </w:r>
      <w:r>
        <w:rPr>
          <w:color w:val="333333"/>
        </w:rPr>
        <w:t xml:space="preserve"> Template Project Instructions | File SKILL.md | Scheduled Task Brief | Prompt Lập trình | Glossary A-Z | Sơ đồ Hệ sinh thái</w:t>
      </w:r>
    </w:p>
    <w:p w14:paraId="30CB3DE7" w14:textId="77777777" w:rsidR="00B134CE" w:rsidRDefault="00000000">
      <w:r>
        <w:br w:type="page"/>
      </w:r>
    </w:p>
    <w:p w14:paraId="001284AA" w14:textId="77777777" w:rsidR="00B134CE" w:rsidRDefault="00000000">
      <w:pPr>
        <w:pStyle w:val="Heading1"/>
        <w:spacing w:before="360" w:after="160"/>
      </w:pPr>
      <w:r>
        <w:rPr>
          <w:color w:val="113867"/>
          <w:sz w:val="32"/>
        </w:rPr>
        <w:lastRenderedPageBreak/>
        <w:t>LỜI NÓI ĐẦU &amp; TỔNG QUAN NĂNG LỰC CLAUDE 2026</w:t>
      </w:r>
    </w:p>
    <w:p w14:paraId="617814A5" w14:textId="77777777" w:rsidR="00B134CE" w:rsidRDefault="00000000">
      <w:r>
        <w:rPr>
          <w:color w:val="333333"/>
        </w:rPr>
        <w:t xml:space="preserve">Tài liệu cẩm nang này được biên soạn và chuẩn hóa toàn diện từ chương trình đào tạo chính thức của </w:t>
      </w:r>
      <w:r>
        <w:rPr>
          <w:b/>
        </w:rPr>
        <w:t>Anthropic Academy</w:t>
      </w:r>
      <w:r>
        <w:rPr>
          <w:color w:val="333333"/>
        </w:rPr>
        <w:t xml:space="preserve"> (cập nhật mới nhất tháng 9, 2026). Mục tiêu cốt lõi của cẩm nang là đưa người dùng chuyển dịch từ tư duy trò chuyện dạng 'Google Search' sang tư duy cộng tác dài hạn với trợ lý AI đa năng, và đặc biệt nâng cấp lên khả năng làm việc với các </w:t>
      </w:r>
      <w:r>
        <w:rPr>
          <w:b/>
        </w:rPr>
        <w:t>Đại lý tự chủ (Agentic AI)</w:t>
      </w:r>
      <w:r>
        <w:rPr>
          <w:color w:val="333333"/>
        </w:rPr>
        <w:t xml:space="preserve"> như </w:t>
      </w:r>
      <w:r>
        <w:rPr>
          <w:b/>
        </w:rPr>
        <w:t>Claude Cowork</w:t>
      </w:r>
      <w:r>
        <w:rPr>
          <w:color w:val="333333"/>
        </w:rPr>
        <w:t xml:space="preserve"> và </w:t>
      </w:r>
      <w:r>
        <w:rPr>
          <w:b/>
        </w:rPr>
        <w:t>Claude Code</w:t>
      </w:r>
      <w:r>
        <w:t>.</w:t>
      </w:r>
    </w:p>
    <w:p w14:paraId="56BCE232" w14:textId="77777777" w:rsidR="00B134CE" w:rsidRDefault="00000000">
      <w:r>
        <w:rPr>
          <w:color w:val="333333"/>
        </w:rPr>
        <w:t>Bước sang năm 2026, hệ sinh thái Claude đã phát triển vượt bậc từ một mô hình ngôn ngữ lớn (LLM) thuần túy thành một nền tảng trí tuệ nhân tạo toàn diện. Với khả năng xử lý cửa sổ ngữ cảnh lên tới 1.000.000 tokens (phiên bản Opus/Enterprise), kết hợp cùng chế độ suy luận chuyên sâu Extended Thinking và giao thức kết nối mở MCP (Model Context Protocol), Claude không chỉ giúp bạn soạn thảo văn bản hay phân tích dữ liệu mà còn có khả năng tự động thực thi các chuỗi tác vụ phức tạp kéo dài hàng giờ đồng hồ trên máy tính cá nhân lẫn hạ tầng mã nguồn doanh nghiệp.</w:t>
      </w:r>
    </w:p>
    <w:p w14:paraId="273E80FE" w14:textId="77777777" w:rsidR="00B134CE" w:rsidRDefault="00000000">
      <w:pPr>
        <w:pStyle w:val="Heading1"/>
        <w:spacing w:before="360" w:after="160"/>
      </w:pPr>
      <w:r>
        <w:rPr>
          <w:color w:val="113867"/>
          <w:sz w:val="32"/>
        </w:rPr>
        <w:t>PHẦN I — NỀN TẢNG TRIẾT LÝ &amp; KIẾN TRÚC CLAUDE AI</w:t>
      </w:r>
    </w:p>
    <w:p w14:paraId="23E7482C" w14:textId="77777777" w:rsidR="00B134CE" w:rsidRDefault="00000000">
      <w:pPr>
        <w:pStyle w:val="Heading2"/>
        <w:spacing w:before="280" w:after="120"/>
      </w:pPr>
      <w:r>
        <w:rPr>
          <w:color w:val="2F5496"/>
        </w:rPr>
        <w:t>Bài 1. Hiểu Sâu Về Claude &amp; Triết Lý Constitutional AI</w:t>
      </w:r>
    </w:p>
    <w:p w14:paraId="7AC886CA" w14:textId="77777777" w:rsidR="00B134CE" w:rsidRDefault="00000000">
      <w:r>
        <w:rPr>
          <w:color w:val="333333"/>
        </w:rPr>
        <w:t>Claude là trợ lý AI được nghiên cứu và phát triển bởi Anthropic — công ty nghiên cứu an toàn AI hàng đầu thế giới có trụ sở tại San Francisco. Khác biệt cốt lõi của Claude so với các mô hình AI thương mại khác nằm ở cách định vị: Claude được xây dựng như một 'Thinking Partner' (đối tác tư duy) cấp trung có khả năng đồng hành dài hạn, thay vì một chatbot trả lời tin nhắn ngắn.</w:t>
      </w:r>
    </w:p>
    <w:p w14:paraId="79E7E62B" w14:textId="77777777" w:rsidR="00B134CE" w:rsidRDefault="00000000">
      <w:pPr>
        <w:pStyle w:val="Heading3"/>
        <w:spacing w:after="80"/>
      </w:pPr>
      <w:r>
        <w:rPr>
          <w:color w:val="1F497D"/>
          <w:sz w:val="22"/>
        </w:rPr>
        <w:t>1.1. Ba Đặc Tính Kỹ Thuật Vượt Trội</w:t>
      </w:r>
    </w:p>
    <w:p w14:paraId="50760A50" w14:textId="77777777" w:rsidR="00B134CE" w:rsidRDefault="00000000">
      <w:pPr>
        <w:pStyle w:val="ListBullet"/>
        <w:spacing w:after="60"/>
      </w:pPr>
      <w:r>
        <w:rPr>
          <w:b/>
        </w:rPr>
        <w:t>1. Cửa sổ ngữ cảnh (Context Window) khổng lồ:</w:t>
      </w:r>
      <w:r>
        <w:rPr>
          <w:color w:val="333333"/>
        </w:rPr>
        <w:t xml:space="preserve"> Xử lý từ 200,000 token (~500 trang tài liệu) ở gói tiêu chuẩn đến 1,000,000 token trên dòng Opus/Enterprise, cho phép nạp toàn bộ báo cáo năm, codebase hoặc sách chuyên ngành trong 1 phiên làm việc.</w:t>
      </w:r>
    </w:p>
    <w:p w14:paraId="5B76814B" w14:textId="77777777" w:rsidR="00B134CE" w:rsidRDefault="00000000">
      <w:pPr>
        <w:pStyle w:val="ListBullet"/>
        <w:spacing w:after="60"/>
      </w:pPr>
      <w:r>
        <w:rPr>
          <w:b/>
        </w:rPr>
        <w:t>2. Khả năng điều hướng cao (Steerability):</w:t>
      </w:r>
      <w:r>
        <w:rPr>
          <w:color w:val="333333"/>
        </w:rPr>
        <w:t xml:space="preserve"> Tuân thủ chặt chẽ chỉ dẫn về tông giọng, cấu trúc, ràng buộc từ cấm và quy định chuyên môn mà không bị lệch hướng (drift) khi cuộc hội thoại kéo dài.</w:t>
      </w:r>
    </w:p>
    <w:p w14:paraId="6C4AF91A" w14:textId="77777777" w:rsidR="00B134CE" w:rsidRDefault="00000000">
      <w:pPr>
        <w:pStyle w:val="ListBullet"/>
        <w:spacing w:after="60"/>
      </w:pPr>
      <w:r>
        <w:rPr>
          <w:b/>
        </w:rPr>
        <w:t>3. Năng lực đại lý &amp; công cụ (Agentic + Tool Use):</w:t>
      </w:r>
      <w:r>
        <w:rPr>
          <w:color w:val="333333"/>
        </w:rPr>
        <w:t xml:space="preserve"> Tự động gọi công cụ, tìm kiếm thông tin real-time, thực thi code Python trong sandbox, điều khiển trình duyệt và tương tác với file hệ thống.</w:t>
      </w:r>
    </w:p>
    <w:p w14:paraId="13435901" w14:textId="77777777" w:rsidR="00B134CE" w:rsidRDefault="00000000">
      <w:pPr>
        <w:pStyle w:val="Heading3"/>
        <w:spacing w:after="80"/>
      </w:pPr>
      <w:r>
        <w:rPr>
          <w:color w:val="1F497D"/>
          <w:sz w:val="22"/>
        </w:rPr>
        <w:t>1.2. Triết Lý Thiết Kế Constitutional AI &amp; Bộ Nguyên Tắc 3Hs</w:t>
      </w:r>
    </w:p>
    <w:p w14:paraId="19BA26E6" w14:textId="77777777" w:rsidR="00B134CE" w:rsidRDefault="00000000">
      <w:r>
        <w:rPr>
          <w:color w:val="333333"/>
        </w:rPr>
        <w:t>Trọng tâm triết lý của Anthropic là đảm bảo AI hoạt động an toàn, trung thực và hòa hợp với lợi ích con người (Alignment). Thay vì chỉ dựa vào phản hồi con người (RLHF) vốn dễ bị thao túng, Anthropic huấn luyện Claude theo phương pháp Constitutional AI (Hiến pháp AI) dựa trên bộ nguyên tắc 3Hs:</w:t>
      </w:r>
    </w:p>
    <w:p w14:paraId="15730D7D" w14:textId="77777777" w:rsidR="00B134CE" w:rsidRDefault="00000000">
      <w:pPr>
        <w:pStyle w:val="ListBullet"/>
        <w:spacing w:after="60"/>
      </w:pPr>
      <w:r>
        <w:rPr>
          <w:b/>
        </w:rPr>
        <w:t>• Helpful (Có ích):</w:t>
      </w:r>
      <w:r>
        <w:rPr>
          <w:color w:val="333333"/>
        </w:rPr>
        <w:t xml:space="preserve"> Hỗ trợ người dùng giải quyết công việc với hiệu suất và chất lượng cao nhất.</w:t>
      </w:r>
    </w:p>
    <w:p w14:paraId="79D93645" w14:textId="77777777" w:rsidR="00B134CE" w:rsidRDefault="00000000">
      <w:pPr>
        <w:pStyle w:val="ListBullet"/>
        <w:spacing w:after="60"/>
      </w:pPr>
      <w:r>
        <w:rPr>
          <w:b/>
        </w:rPr>
        <w:t>• Harmless (Không gây hại):</w:t>
      </w:r>
      <w:r>
        <w:rPr>
          <w:color w:val="333333"/>
        </w:rPr>
        <w:t xml:space="preserve"> Tuyệt đối không tham gia, cổ xúy hoặc hỗ trợ các hành vi nguy hiểm, vi phạm pháp luật, xâm phạm quyền riêng tư hoặc tạo ra nội dung độc hại.</w:t>
      </w:r>
    </w:p>
    <w:p w14:paraId="1D03E84F" w14:textId="77777777" w:rsidR="00B134CE" w:rsidRDefault="00000000">
      <w:pPr>
        <w:pStyle w:val="ListBullet"/>
        <w:spacing w:after="60"/>
      </w:pPr>
      <w:r>
        <w:rPr>
          <w:b/>
        </w:rPr>
        <w:lastRenderedPageBreak/>
        <w:t>• Honest (Trung thực):</w:t>
      </w:r>
      <w:r>
        <w:rPr>
          <w:color w:val="333333"/>
        </w:rPr>
        <w:t xml:space="preserve"> Ưu tiên tính chính xác lên trên hết. Thừa nhận giới hạn tri thức, sẵn sàng nói 'tôi không biết' thay vì ảo tưởng (hallucination) để làm vừa lòng người dùng.</w:t>
      </w:r>
    </w:p>
    <w:p w14:paraId="39F3E043" w14:textId="77777777" w:rsidR="00B134CE" w:rsidRDefault="00000000">
      <w:pPr>
        <w:pStyle w:val="Heading2"/>
        <w:spacing w:before="280" w:after="120"/>
      </w:pPr>
      <w:r>
        <w:rPr>
          <w:color w:val="2F5496"/>
        </w:rPr>
        <w:t>Bài 2. Ma Trận So Sánh Claude vs Chatbot Truyền Thống</w:t>
      </w:r>
    </w:p>
    <w:p w14:paraId="5BEF41B4" w14:textId="77777777" w:rsidR="00B134CE" w:rsidRDefault="00000000">
      <w:r>
        <w:rPr>
          <w:color w:val="333333"/>
        </w:rPr>
        <w:t>Dưới đây là bảng so sánh chi tiết giúp bạn hình dung sự khác biệt giữa một Chatbot thông thường và Trợ lý Đại lý Claude AI:</w:t>
      </w:r>
    </w:p>
    <w:tbl>
      <w:tblPr>
        <w:tblW w:w="0" w:type="auto"/>
        <w:jc w:val="center"/>
        <w:tblLayout w:type="fixed"/>
        <w:tblLook w:val="04A0" w:firstRow="1" w:lastRow="0" w:firstColumn="1" w:lastColumn="0" w:noHBand="0" w:noVBand="1"/>
      </w:tblPr>
      <w:tblGrid>
        <w:gridCol w:w="2160"/>
        <w:gridCol w:w="3168"/>
        <w:gridCol w:w="4032"/>
      </w:tblGrid>
      <w:tr w:rsidR="00B134CE" w14:paraId="051DB714" w14:textId="77777777">
        <w:trPr>
          <w:jc w:val="center"/>
        </w:trPr>
        <w:tc>
          <w:tcPr>
            <w:tcW w:w="2160" w:type="dxa"/>
            <w:shd w:val="clear" w:color="auto" w:fill="2F5496"/>
            <w:tcMar>
              <w:top w:w="100" w:type="dxa"/>
              <w:left w:w="120" w:type="dxa"/>
              <w:bottom w:w="100" w:type="dxa"/>
              <w:right w:w="120" w:type="dxa"/>
            </w:tcMar>
          </w:tcPr>
          <w:p w14:paraId="04B88EA8" w14:textId="77777777" w:rsidR="00B134CE" w:rsidRDefault="00000000">
            <w:pPr>
              <w:spacing w:after="0"/>
            </w:pPr>
            <w:r>
              <w:rPr>
                <w:b/>
                <w:color w:val="FFFFFF"/>
                <w:sz w:val="19"/>
              </w:rPr>
              <w:t>TIÊU CHÍ</w:t>
            </w:r>
          </w:p>
        </w:tc>
        <w:tc>
          <w:tcPr>
            <w:tcW w:w="3168" w:type="dxa"/>
            <w:shd w:val="clear" w:color="auto" w:fill="2F5496"/>
            <w:tcMar>
              <w:top w:w="100" w:type="dxa"/>
              <w:left w:w="120" w:type="dxa"/>
              <w:bottom w:w="100" w:type="dxa"/>
              <w:right w:w="120" w:type="dxa"/>
            </w:tcMar>
          </w:tcPr>
          <w:p w14:paraId="3745649A" w14:textId="77777777" w:rsidR="00B134CE" w:rsidRDefault="00000000">
            <w:pPr>
              <w:spacing w:after="0"/>
            </w:pPr>
            <w:r>
              <w:rPr>
                <w:b/>
                <w:color w:val="FFFFFF"/>
                <w:sz w:val="19"/>
              </w:rPr>
              <w:t>CHATBOT TRUYỀN THỐNG</w:t>
            </w:r>
          </w:p>
        </w:tc>
        <w:tc>
          <w:tcPr>
            <w:tcW w:w="4032" w:type="dxa"/>
            <w:shd w:val="clear" w:color="auto" w:fill="2F5496"/>
            <w:tcMar>
              <w:top w:w="100" w:type="dxa"/>
              <w:left w:w="120" w:type="dxa"/>
              <w:bottom w:w="100" w:type="dxa"/>
              <w:right w:w="120" w:type="dxa"/>
            </w:tcMar>
          </w:tcPr>
          <w:p w14:paraId="7C3129CE" w14:textId="77777777" w:rsidR="00B134CE" w:rsidRDefault="00000000">
            <w:pPr>
              <w:spacing w:after="0"/>
            </w:pPr>
            <w:r>
              <w:rPr>
                <w:b/>
                <w:color w:val="FFFFFF"/>
                <w:sz w:val="19"/>
              </w:rPr>
              <w:t>CLAUDE AI (NỀN TẢNG 2026)</w:t>
            </w:r>
          </w:p>
        </w:tc>
      </w:tr>
      <w:tr w:rsidR="00B134CE" w14:paraId="49A8766E" w14:textId="77777777">
        <w:trPr>
          <w:jc w:val="center"/>
        </w:trPr>
        <w:tc>
          <w:tcPr>
            <w:tcW w:w="216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60053BD4" w14:textId="77777777" w:rsidR="00B134CE" w:rsidRDefault="00000000">
            <w:pPr>
              <w:spacing w:after="0"/>
            </w:pPr>
            <w:r>
              <w:rPr>
                <w:color w:val="333333"/>
                <w:sz w:val="18"/>
              </w:rPr>
              <w:t>Mục tiêu cốt lõi</w:t>
            </w:r>
          </w:p>
        </w:tc>
        <w:tc>
          <w:tcPr>
            <w:tcW w:w="3168"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43D50B62" w14:textId="77777777" w:rsidR="00B134CE" w:rsidRDefault="00000000">
            <w:pPr>
              <w:spacing w:after="0"/>
            </w:pPr>
            <w:r>
              <w:rPr>
                <w:color w:val="333333"/>
                <w:sz w:val="18"/>
              </w:rPr>
              <w:t>Trả lời Q&amp;A ngắn, lookup FAQ cố định</w:t>
            </w:r>
          </w:p>
        </w:tc>
        <w:tc>
          <w:tcPr>
            <w:tcW w:w="4032"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F22807F" w14:textId="77777777" w:rsidR="00B134CE" w:rsidRDefault="00000000">
            <w:pPr>
              <w:spacing w:after="0"/>
            </w:pPr>
            <w:r>
              <w:rPr>
                <w:color w:val="333333"/>
                <w:sz w:val="18"/>
              </w:rPr>
              <w:t>Cộng tác dài hơi, giải quyết tác vụ phức tạp đa bước</w:t>
            </w:r>
          </w:p>
        </w:tc>
      </w:tr>
      <w:tr w:rsidR="00B134CE" w14:paraId="3FFD8D89" w14:textId="77777777">
        <w:trPr>
          <w:jc w:val="center"/>
        </w:trPr>
        <w:tc>
          <w:tcPr>
            <w:tcW w:w="216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5ED4422F" w14:textId="77777777" w:rsidR="00B134CE" w:rsidRDefault="00000000">
            <w:pPr>
              <w:spacing w:after="0"/>
            </w:pPr>
            <w:r>
              <w:rPr>
                <w:color w:val="333333"/>
                <w:sz w:val="18"/>
              </w:rPr>
              <w:t>Cửa sổ ngữ cảnh</w:t>
            </w:r>
          </w:p>
        </w:tc>
        <w:tc>
          <w:tcPr>
            <w:tcW w:w="3168"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0FFBF851" w14:textId="77777777" w:rsidR="00B134CE" w:rsidRDefault="00000000">
            <w:pPr>
              <w:spacing w:after="0"/>
            </w:pPr>
            <w:r>
              <w:rPr>
                <w:color w:val="333333"/>
                <w:sz w:val="18"/>
              </w:rPr>
              <w:t>Vài nghìn tokens (ngắn hạn)</w:t>
            </w:r>
          </w:p>
        </w:tc>
        <w:tc>
          <w:tcPr>
            <w:tcW w:w="4032"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5071FCD6" w14:textId="77777777" w:rsidR="00B134CE" w:rsidRDefault="00000000">
            <w:pPr>
              <w:spacing w:after="0"/>
            </w:pPr>
            <w:r>
              <w:rPr>
                <w:color w:val="333333"/>
                <w:sz w:val="18"/>
              </w:rPr>
              <w:t>200K - 1,000,000 tokens (đọc toàn bộ tài liệu dự án)</w:t>
            </w:r>
          </w:p>
        </w:tc>
      </w:tr>
      <w:tr w:rsidR="00B134CE" w14:paraId="249C2134" w14:textId="77777777">
        <w:trPr>
          <w:jc w:val="center"/>
        </w:trPr>
        <w:tc>
          <w:tcPr>
            <w:tcW w:w="216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7D2B9AE8" w14:textId="77777777" w:rsidR="00B134CE" w:rsidRDefault="00000000">
            <w:pPr>
              <w:spacing w:after="0"/>
            </w:pPr>
            <w:r>
              <w:rPr>
                <w:color w:val="333333"/>
                <w:sz w:val="18"/>
              </w:rPr>
              <w:t>Khả năng suy luận</w:t>
            </w:r>
          </w:p>
        </w:tc>
        <w:tc>
          <w:tcPr>
            <w:tcW w:w="3168"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0CE2A3D4" w14:textId="77777777" w:rsidR="00B134CE" w:rsidRDefault="00000000">
            <w:pPr>
              <w:spacing w:after="0"/>
            </w:pPr>
            <w:r>
              <w:rPr>
                <w:color w:val="333333"/>
                <w:sz w:val="18"/>
              </w:rPr>
              <w:t>Pattern matching đơn giản</w:t>
            </w:r>
          </w:p>
        </w:tc>
        <w:tc>
          <w:tcPr>
            <w:tcW w:w="4032"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6DB3C511" w14:textId="77777777" w:rsidR="00B134CE" w:rsidRDefault="00000000">
            <w:pPr>
              <w:spacing w:after="0"/>
            </w:pPr>
            <w:r>
              <w:rPr>
                <w:color w:val="333333"/>
                <w:sz w:val="18"/>
              </w:rPr>
              <w:t>Extended Thinking (suy luận từng bước công khai)</w:t>
            </w:r>
          </w:p>
        </w:tc>
      </w:tr>
      <w:tr w:rsidR="00B134CE" w14:paraId="20DDDA1E" w14:textId="77777777">
        <w:trPr>
          <w:jc w:val="center"/>
        </w:trPr>
        <w:tc>
          <w:tcPr>
            <w:tcW w:w="216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14B27D78" w14:textId="77777777" w:rsidR="00B134CE" w:rsidRDefault="00000000">
            <w:pPr>
              <w:spacing w:after="0"/>
            </w:pPr>
            <w:r>
              <w:rPr>
                <w:color w:val="333333"/>
                <w:sz w:val="18"/>
              </w:rPr>
              <w:t>Định dạng đầu vào</w:t>
            </w:r>
          </w:p>
        </w:tc>
        <w:tc>
          <w:tcPr>
            <w:tcW w:w="3168"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1E841334" w14:textId="77777777" w:rsidR="00B134CE" w:rsidRDefault="00000000">
            <w:pPr>
              <w:spacing w:after="0"/>
            </w:pPr>
            <w:r>
              <w:rPr>
                <w:color w:val="333333"/>
                <w:sz w:val="18"/>
              </w:rPr>
              <w:t>Văn bản thô (Text thô)</w:t>
            </w:r>
          </w:p>
        </w:tc>
        <w:tc>
          <w:tcPr>
            <w:tcW w:w="4032"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4BE1649E" w14:textId="77777777" w:rsidR="00B134CE" w:rsidRDefault="00000000">
            <w:pPr>
              <w:spacing w:after="0"/>
            </w:pPr>
            <w:r>
              <w:rPr>
                <w:color w:val="333333"/>
                <w:sz w:val="18"/>
              </w:rPr>
              <w:t>Text, PDF, DOCX, XLSX, CSV, PNG, Code, PPTX...</w:t>
            </w:r>
          </w:p>
        </w:tc>
      </w:tr>
      <w:tr w:rsidR="00B134CE" w14:paraId="1362F7B5" w14:textId="77777777">
        <w:trPr>
          <w:jc w:val="center"/>
        </w:trPr>
        <w:tc>
          <w:tcPr>
            <w:tcW w:w="216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7A0566C5" w14:textId="77777777" w:rsidR="00B134CE" w:rsidRDefault="00000000">
            <w:pPr>
              <w:spacing w:after="0"/>
            </w:pPr>
            <w:r>
              <w:rPr>
                <w:color w:val="333333"/>
                <w:sz w:val="18"/>
              </w:rPr>
              <w:t>Đầu ra sản phẩm</w:t>
            </w:r>
          </w:p>
        </w:tc>
        <w:tc>
          <w:tcPr>
            <w:tcW w:w="3168"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3C448469" w14:textId="77777777" w:rsidR="00B134CE" w:rsidRDefault="00000000">
            <w:pPr>
              <w:spacing w:after="0"/>
            </w:pPr>
            <w:r>
              <w:rPr>
                <w:color w:val="333333"/>
                <w:sz w:val="18"/>
              </w:rPr>
              <w:t>Văn bản phản hồi trong chat</w:t>
            </w:r>
          </w:p>
        </w:tc>
        <w:tc>
          <w:tcPr>
            <w:tcW w:w="4032"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2B9878E7" w14:textId="77777777" w:rsidR="00B134CE" w:rsidRDefault="00000000">
            <w:pPr>
              <w:spacing w:after="0"/>
            </w:pPr>
            <w:r>
              <w:rPr>
                <w:color w:val="333333"/>
                <w:sz w:val="18"/>
              </w:rPr>
              <w:t>Text + Interactive Artifacts + Working Code + Files</w:t>
            </w:r>
          </w:p>
        </w:tc>
      </w:tr>
      <w:tr w:rsidR="00B134CE" w14:paraId="091D2CB6" w14:textId="77777777">
        <w:trPr>
          <w:jc w:val="center"/>
        </w:trPr>
        <w:tc>
          <w:tcPr>
            <w:tcW w:w="216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56C5A0A9" w14:textId="77777777" w:rsidR="00B134CE" w:rsidRDefault="00000000">
            <w:pPr>
              <w:spacing w:after="0"/>
            </w:pPr>
            <w:r>
              <w:rPr>
                <w:color w:val="333333"/>
                <w:sz w:val="18"/>
              </w:rPr>
              <w:t>Bộ nhớ &amp; Tùy biến</w:t>
            </w:r>
          </w:p>
        </w:tc>
        <w:tc>
          <w:tcPr>
            <w:tcW w:w="3168"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76B15F4A" w14:textId="77777777" w:rsidR="00B134CE" w:rsidRDefault="00000000">
            <w:pPr>
              <w:spacing w:after="0"/>
            </w:pPr>
            <w:r>
              <w:rPr>
                <w:color w:val="333333"/>
                <w:sz w:val="18"/>
              </w:rPr>
              <w:t>Không có hoặc rất ngắn</w:t>
            </w:r>
          </w:p>
        </w:tc>
        <w:tc>
          <w:tcPr>
            <w:tcW w:w="4032"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0DA1894E" w14:textId="77777777" w:rsidR="00B134CE" w:rsidRDefault="00000000">
            <w:pPr>
              <w:spacing w:after="0"/>
            </w:pPr>
            <w:r>
              <w:rPr>
                <w:color w:val="333333"/>
                <w:sz w:val="18"/>
              </w:rPr>
              <w:t>Memory dài hạn + Custom Styles + Projects KB</w:t>
            </w:r>
          </w:p>
        </w:tc>
      </w:tr>
      <w:tr w:rsidR="00B134CE" w14:paraId="273A0FB3" w14:textId="77777777">
        <w:trPr>
          <w:jc w:val="center"/>
        </w:trPr>
        <w:tc>
          <w:tcPr>
            <w:tcW w:w="216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3F48FE82" w14:textId="77777777" w:rsidR="00B134CE" w:rsidRDefault="00000000">
            <w:pPr>
              <w:spacing w:after="0"/>
            </w:pPr>
            <w:r>
              <w:rPr>
                <w:color w:val="333333"/>
                <w:sz w:val="18"/>
              </w:rPr>
              <w:t>Năng lực đại lý</w:t>
            </w:r>
          </w:p>
        </w:tc>
        <w:tc>
          <w:tcPr>
            <w:tcW w:w="3168"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6E58AA80" w14:textId="77777777" w:rsidR="00B134CE" w:rsidRDefault="00000000">
            <w:pPr>
              <w:spacing w:after="0"/>
            </w:pPr>
            <w:r>
              <w:rPr>
                <w:color w:val="333333"/>
                <w:sz w:val="18"/>
              </w:rPr>
              <w:t>Không có</w:t>
            </w:r>
          </w:p>
        </w:tc>
        <w:tc>
          <w:tcPr>
            <w:tcW w:w="4032"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A91D235" w14:textId="77777777" w:rsidR="00B134CE" w:rsidRDefault="00000000">
            <w:pPr>
              <w:spacing w:after="0"/>
            </w:pPr>
            <w:r>
              <w:rPr>
                <w:color w:val="333333"/>
                <w:sz w:val="18"/>
              </w:rPr>
              <w:t>Cowork (Tự động hóa) + Code (Lập trình đại lý)</w:t>
            </w:r>
          </w:p>
        </w:tc>
      </w:tr>
    </w:tbl>
    <w:p w14:paraId="797914B3" w14:textId="77777777" w:rsidR="00B134CE" w:rsidRDefault="00B134CE"/>
    <w:p w14:paraId="351C0C97" w14:textId="77777777" w:rsidR="00B134CE" w:rsidRDefault="00000000">
      <w:pPr>
        <w:pStyle w:val="Heading2"/>
        <w:spacing w:before="280" w:after="120"/>
      </w:pPr>
      <w:r>
        <w:rPr>
          <w:color w:val="2F5496"/>
        </w:rPr>
        <w:t>Bài 3. 8 Sai Lầm Chết Người Của Người Mới &amp; Cách Khắc Phục Triệt Để</w:t>
      </w:r>
    </w:p>
    <w:p w14:paraId="101BD68C" w14:textId="77777777" w:rsidR="00B134CE" w:rsidRDefault="00000000">
      <w:r>
        <w:rPr>
          <w:color w:val="333333"/>
        </w:rPr>
        <w:t>Khi mới tiếp cận Claude, đa số người dùng vô tình áp dụng thói quen cũ khiến AI trả về kết quả generic (chung chung). Hãy nhận diện và khắc phục ngay 8 sai lầm dưới đây:</w:t>
      </w:r>
    </w:p>
    <w:p w14:paraId="17027C99" w14:textId="77777777" w:rsidR="00B134CE" w:rsidRDefault="00000000">
      <w:pPr>
        <w:pStyle w:val="ListBullet"/>
        <w:spacing w:after="60"/>
      </w:pPr>
      <w:r>
        <w:rPr>
          <w:b/>
        </w:rPr>
        <w:t>❌ Sai lầm 1: Prompt 1 dòng mơ hồ.</w:t>
      </w:r>
      <w:r>
        <w:rPr>
          <w:color w:val="333333"/>
        </w:rPr>
        <w:t xml:space="preserve"> Gõ câu lệnh quá ngắn ('Viết báo cáo này', 'Sửa file này'). -&gt; Khắc phục: Áp dụng công thức C-T-R hoặc CRAFT để cung cấp đủ bối cảnh, vai trò và quy tắc.</w:t>
      </w:r>
    </w:p>
    <w:p w14:paraId="5572B4D9" w14:textId="77777777" w:rsidR="00B134CE" w:rsidRDefault="00000000">
      <w:pPr>
        <w:pStyle w:val="ListBullet"/>
        <w:spacing w:after="60"/>
      </w:pPr>
      <w:r>
        <w:rPr>
          <w:b/>
        </w:rPr>
        <w:t>❌ Sai lầm 2: Copy-paste dữ liệu thô quá dài.</w:t>
      </w:r>
      <w:r>
        <w:rPr>
          <w:color w:val="333333"/>
        </w:rPr>
        <w:t xml:space="preserve"> Dán hàng ngàn dòng text thô vỡ định dạng vào khung chat. -&gt; Khắc phục: Lưu thành file chuẩn (.docx, .pdf, .csv) rồi upload trực tiếp.</w:t>
      </w:r>
    </w:p>
    <w:p w14:paraId="2C90DCAC" w14:textId="77777777" w:rsidR="00B134CE" w:rsidRDefault="00000000">
      <w:pPr>
        <w:pStyle w:val="ListBullet"/>
        <w:spacing w:after="60"/>
      </w:pPr>
      <w:r>
        <w:rPr>
          <w:b/>
        </w:rPr>
        <w:t>❌ Sai lầm 3: Nhồi nhét quá nhiều tác vụ.</w:t>
      </w:r>
      <w:r>
        <w:rPr>
          <w:color w:val="333333"/>
        </w:rPr>
        <w:t xml:space="preserve"> Yêu cầu vừa nghiên cứu, vừa lập Excel, vừa viết slide trong 1 prompt. -&gt; Khắc phục: Chia nhỏ quy trình (Task Decomposition), mỗi prompt dứt điểm 1 đầu ra.</w:t>
      </w:r>
    </w:p>
    <w:p w14:paraId="4C6E8548" w14:textId="77777777" w:rsidR="00B134CE" w:rsidRDefault="00000000">
      <w:pPr>
        <w:pStyle w:val="ListBullet"/>
        <w:spacing w:after="60"/>
      </w:pPr>
      <w:r>
        <w:rPr>
          <w:b/>
        </w:rPr>
        <w:t>❌ Sai lầm 4: Kéo dài 1 phiên chat vô thời hạn.</w:t>
      </w:r>
      <w:r>
        <w:rPr>
          <w:color w:val="333333"/>
        </w:rPr>
        <w:t xml:space="preserve"> Thảo luận 40-50 lượt trong 1 cửa sổ khiến AI bị 'Lost in the middle'. -&gt; Khắc phục: Dùng /compact để tóm tắt hoặc mở Chat mới khi đổi chủ đề.</w:t>
      </w:r>
    </w:p>
    <w:p w14:paraId="46FBE9FB" w14:textId="77777777" w:rsidR="00B134CE" w:rsidRDefault="00000000">
      <w:pPr>
        <w:pStyle w:val="ListBullet"/>
        <w:spacing w:after="60"/>
      </w:pPr>
      <w:r>
        <w:rPr>
          <w:b/>
        </w:rPr>
        <w:t>❌ Sai lầm 5: Phản hồi sửa lỗi mơ hồ.</w:t>
      </w:r>
      <w:r>
        <w:rPr>
          <w:color w:val="333333"/>
        </w:rPr>
        <w:t xml:space="preserve"> Phản hồi chung chung 'Làm hay hơn đi', 'Chưa đạt'. -&gt; Khắc phục: Chỉ rõ vị trí cần sửa, quy tắc thay đổi và văn phong mong muốn.</w:t>
      </w:r>
    </w:p>
    <w:p w14:paraId="494C1F52" w14:textId="77777777" w:rsidR="00B134CE" w:rsidRDefault="00000000">
      <w:pPr>
        <w:pStyle w:val="ListBullet"/>
        <w:spacing w:after="60"/>
      </w:pPr>
      <w:r>
        <w:rPr>
          <w:b/>
        </w:rPr>
        <w:lastRenderedPageBreak/>
        <w:t>❌ Sai lầm 6: Bỏ quên Projects &amp; Custom Skills.</w:t>
      </w:r>
      <w:r>
        <w:rPr>
          <w:color w:val="333333"/>
        </w:rPr>
        <w:t xml:space="preserve"> Mỗi lần mở chat mới lại copy-paste lại cùng 1 bộ hướng dẫn và file mẫu. -&gt; Khắc phục: Áp dụng 'Quy tắc lần thứ 3' — Đóng gói ngay vào Projects hoặc Custom Skills.</w:t>
      </w:r>
    </w:p>
    <w:p w14:paraId="085A5E2A" w14:textId="77777777" w:rsidR="00B134CE" w:rsidRDefault="00000000">
      <w:pPr>
        <w:pStyle w:val="ListBullet"/>
        <w:spacing w:after="60"/>
      </w:pPr>
      <w:r>
        <w:rPr>
          <w:b/>
        </w:rPr>
        <w:t>❌ Sai lầm 7: Chọn sai dòng Model.</w:t>
      </w:r>
      <w:r>
        <w:rPr>
          <w:color w:val="333333"/>
        </w:rPr>
        <w:t xml:space="preserve"> Dùng Opus cho tác vụ dịch ngắn hoặc dùng Haiku cho phân tích tài chính phức tạp. -&gt; Khắc phục: Chọn Sonnet cho mặc định, Haiku cho tốc độ, Opus cho suy luận tối cao.</w:t>
      </w:r>
    </w:p>
    <w:p w14:paraId="0DDB2EC7" w14:textId="77777777" w:rsidR="00B134CE" w:rsidRDefault="00000000">
      <w:pPr>
        <w:pStyle w:val="ListBullet"/>
        <w:spacing w:after="60"/>
      </w:pPr>
      <w:r>
        <w:rPr>
          <w:b/>
        </w:rPr>
        <w:t>❌ Sai lầm 8: Tin tưởng mù quáng vào độ trôi chảy.</w:t>
      </w:r>
      <w:r>
        <w:rPr>
          <w:color w:val="333333"/>
        </w:rPr>
        <w:t xml:space="preserve"> Sao chép trực tiếp con số, trích dẫn pháp lý mà không kiểm tra lại. -&gt; Khắc phục: Tuân thủ nguyên tắc Diligence (Sự cẩn trọng) — AI làm bản thảo draft zero, bạn chịu trách nhiệm 100%.</w:t>
      </w:r>
    </w:p>
    <w:tbl>
      <w:tblPr>
        <w:tblW w:w="0" w:type="auto"/>
        <w:jc w:val="center"/>
        <w:tblLayout w:type="fixed"/>
        <w:tblLook w:val="04A0" w:firstRow="1" w:lastRow="0" w:firstColumn="1" w:lastColumn="0" w:noHBand="0" w:noVBand="1"/>
      </w:tblPr>
      <w:tblGrid>
        <w:gridCol w:w="9360"/>
      </w:tblGrid>
      <w:tr w:rsidR="00B134CE" w14:paraId="4E229DD5" w14:textId="77777777">
        <w:trPr>
          <w:jc w:val="center"/>
        </w:trPr>
        <w:tc>
          <w:tcPr>
            <w:tcW w:w="9360" w:type="dxa"/>
            <w:tcBorders>
              <w:left w:val="single" w:sz="24" w:space="0" w:color="2F5496"/>
            </w:tcBorders>
            <w:shd w:val="clear" w:color="auto" w:fill="F0F4F8"/>
            <w:tcMar>
              <w:top w:w="140" w:type="dxa"/>
              <w:left w:w="200" w:type="dxa"/>
              <w:bottom w:w="140" w:type="dxa"/>
              <w:right w:w="180" w:type="dxa"/>
            </w:tcMar>
          </w:tcPr>
          <w:p w14:paraId="2C9E40A4" w14:textId="77777777" w:rsidR="00B134CE" w:rsidRDefault="00000000">
            <w:pPr>
              <w:spacing w:after="80"/>
            </w:pPr>
            <w:r>
              <w:rPr>
                <w:b/>
                <w:color w:val="2F5496"/>
              </w:rPr>
              <w:t>⚠️ CẢNH BÁO VỀ TRÁCH NHIỆM KIỂM CHỨNG</w:t>
            </w:r>
            <w:r>
              <w:rPr>
                <w:b/>
                <w:color w:val="2F5496"/>
              </w:rPr>
              <w:br/>
            </w:r>
            <w:r>
              <w:rPr>
                <w:color w:val="333333"/>
                <w:sz w:val="20"/>
              </w:rPr>
              <w:t>NGUYÊN TẮC VÀNG ANTHROPIC ACADEMY: Diligence (Sự cẩn trọng) là thứ TUYỆT ĐỐI không thể ủy thác cho AI. Bạn là người ký tên và chịu trách nhiệm pháp lý cho sản phẩm cuối cùng. Luôn dành 3-5 phút kiểm chứng ngẫu nhiên con số và luồng logic trước khi phân phối.</w:t>
            </w:r>
          </w:p>
        </w:tc>
      </w:tr>
    </w:tbl>
    <w:p w14:paraId="210DCE72" w14:textId="77777777" w:rsidR="00B134CE" w:rsidRDefault="00B134CE">
      <w:pPr>
        <w:spacing w:after="80"/>
      </w:pPr>
    </w:p>
    <w:p w14:paraId="29B5ABA1" w14:textId="77777777" w:rsidR="00B134CE" w:rsidRDefault="00000000">
      <w:r>
        <w:br w:type="page"/>
      </w:r>
    </w:p>
    <w:p w14:paraId="39860C84" w14:textId="77777777" w:rsidR="00B134CE" w:rsidRDefault="00000000">
      <w:pPr>
        <w:pStyle w:val="Heading1"/>
        <w:spacing w:before="360" w:after="160"/>
      </w:pPr>
      <w:r>
        <w:rPr>
          <w:color w:val="113867"/>
          <w:sz w:val="32"/>
        </w:rPr>
        <w:lastRenderedPageBreak/>
        <w:t>PHẦN II — NGHỆ THUẬT GIAO TIẾP &amp; KỸ THUẬT PROMPTING CHUYÊN SÂU</w:t>
      </w:r>
    </w:p>
    <w:p w14:paraId="669AF34D" w14:textId="77777777" w:rsidR="00B134CE" w:rsidRDefault="00000000">
      <w:pPr>
        <w:pStyle w:val="Heading2"/>
        <w:spacing w:before="280" w:after="120"/>
      </w:pPr>
      <w:r>
        <w:rPr>
          <w:color w:val="2F5496"/>
        </w:rPr>
        <w:t>Bài 4. Viết Prompt Hiệu Quả Với Công Thức C-T-R</w:t>
      </w:r>
    </w:p>
    <w:p w14:paraId="6174B886" w14:textId="77777777" w:rsidR="00B134CE" w:rsidRDefault="00000000">
      <w:r>
        <w:rPr>
          <w:color w:val="333333"/>
        </w:rPr>
        <w:t>Thay vì coi prompting là 'mẹo dùng từ khóa bí thuật', Anthropic Academy định nghĩa prompting chính là cách bạn Brief việc cho một cộng sự mới vào team. Công thức C-T-R gồm 3 thành tố bắt buộc:</w:t>
      </w:r>
    </w:p>
    <w:p w14:paraId="55D7C791" w14:textId="77777777" w:rsidR="00B134CE" w:rsidRDefault="00000000">
      <w:pPr>
        <w:pStyle w:val="ListBullet"/>
        <w:spacing w:after="60"/>
      </w:pPr>
      <w:r>
        <w:rPr>
          <w:b/>
        </w:rPr>
        <w:t>• C — Context (Bối cảnh):</w:t>
      </w:r>
      <w:r>
        <w:rPr>
          <w:color w:val="333333"/>
        </w:rPr>
        <w:t xml:space="preserve"> Bạn là ai, dự án là gì, bối cảnh thị trường ra sao, và đối tượng độc giả cuối cùng là ai.</w:t>
      </w:r>
    </w:p>
    <w:p w14:paraId="520FEC2D" w14:textId="77777777" w:rsidR="00B134CE" w:rsidRDefault="00000000">
      <w:pPr>
        <w:pStyle w:val="ListBullet"/>
        <w:spacing w:after="60"/>
      </w:pPr>
      <w:r>
        <w:rPr>
          <w:b/>
        </w:rPr>
        <w:t>• T — Task (Nhiệm vụ):</w:t>
      </w:r>
      <w:r>
        <w:rPr>
          <w:color w:val="333333"/>
        </w:rPr>
        <w:t xml:space="preserve"> Động từ hành động cụ thể (Draft, Analyze, Synthesize, Compare, Refactor, Evaluate).</w:t>
      </w:r>
    </w:p>
    <w:p w14:paraId="47E466C5" w14:textId="77777777" w:rsidR="00B134CE" w:rsidRDefault="00000000">
      <w:pPr>
        <w:pStyle w:val="ListBullet"/>
        <w:spacing w:after="60"/>
      </w:pPr>
      <w:r>
        <w:rPr>
          <w:b/>
        </w:rPr>
        <w:t>• R — Rules (Quy tắc &amp; Ràng buộc):</w:t>
      </w:r>
      <w:r>
        <w:rPr>
          <w:color w:val="333333"/>
        </w:rPr>
        <w:t xml:space="preserve"> Tông giọng, định dạng đầu ra, giới hạn độ dài, tiêu chí đánh giá và các từ cấm dùng.</w:t>
      </w:r>
    </w:p>
    <w:p w14:paraId="2047670A" w14:textId="77777777" w:rsidR="00B134CE" w:rsidRDefault="00000000">
      <w:pPr>
        <w:pStyle w:val="Heading3"/>
        <w:spacing w:after="80"/>
      </w:pPr>
      <w:r>
        <w:rPr>
          <w:color w:val="1F497D"/>
          <w:sz w:val="22"/>
        </w:rPr>
        <w:t>Ví Dụ So Sánh C-T-R</w:t>
      </w:r>
    </w:p>
    <w:tbl>
      <w:tblPr>
        <w:tblW w:w="0" w:type="auto"/>
        <w:jc w:val="center"/>
        <w:tblLayout w:type="fixed"/>
        <w:tblLook w:val="04A0" w:firstRow="1" w:lastRow="0" w:firstColumn="1" w:lastColumn="0" w:noHBand="0" w:noVBand="1"/>
      </w:tblPr>
      <w:tblGrid>
        <w:gridCol w:w="9360"/>
      </w:tblGrid>
      <w:tr w:rsidR="00B134CE" w14:paraId="74E612D2" w14:textId="77777777">
        <w:trPr>
          <w:jc w:val="center"/>
        </w:trPr>
        <w:tc>
          <w:tcPr>
            <w:tcW w:w="9360" w:type="dxa"/>
            <w:tcBorders>
              <w:top w:val="single" w:sz="4" w:space="0" w:color="D0D7DE"/>
              <w:left w:val="single" w:sz="4" w:space="0" w:color="D0D7DE"/>
              <w:bottom w:val="single" w:sz="4" w:space="0" w:color="D0D7DE"/>
              <w:right w:val="single" w:sz="4" w:space="0" w:color="D0D7DE"/>
            </w:tcBorders>
            <w:shd w:val="clear" w:color="auto" w:fill="F8F9FA"/>
            <w:tcMar>
              <w:top w:w="100" w:type="dxa"/>
              <w:left w:w="150" w:type="dxa"/>
              <w:bottom w:w="100" w:type="dxa"/>
              <w:right w:w="150" w:type="dxa"/>
            </w:tcMar>
          </w:tcPr>
          <w:p w14:paraId="6E48AB71" w14:textId="77777777" w:rsidR="00B134CE" w:rsidRDefault="00000000">
            <w:pPr>
              <w:spacing w:after="0"/>
            </w:pPr>
            <w:r>
              <w:rPr>
                <w:rFonts w:ascii="Consolas" w:hAnsi="Consolas"/>
                <w:color w:val="1F2328"/>
                <w:sz w:val="19"/>
              </w:rPr>
              <w:t>❌ PROMPT YẾU (Generic):</w:t>
            </w:r>
            <w:r>
              <w:rPr>
                <w:rFonts w:ascii="Consolas" w:hAnsi="Consolas"/>
                <w:color w:val="1F2328"/>
                <w:sz w:val="19"/>
              </w:rPr>
              <w:br/>
              <w:t>"Viết email xin lỗi khách hàng vì giao hàng chậm."</w:t>
            </w:r>
            <w:r>
              <w:rPr>
                <w:rFonts w:ascii="Consolas" w:hAnsi="Consolas"/>
                <w:color w:val="1F2328"/>
                <w:sz w:val="19"/>
              </w:rPr>
              <w:br/>
            </w:r>
            <w:r>
              <w:rPr>
                <w:rFonts w:ascii="Consolas" w:hAnsi="Consolas"/>
                <w:color w:val="1F2328"/>
                <w:sz w:val="19"/>
              </w:rPr>
              <w:br/>
              <w:t>✅ PROMPT MẠNH (C-T-R Standard):</w:t>
            </w:r>
            <w:r>
              <w:rPr>
                <w:rFonts w:ascii="Consolas" w:hAnsi="Consolas"/>
                <w:color w:val="1F2328"/>
                <w:sz w:val="19"/>
              </w:rPr>
              <w:br/>
              <w:t>[CONTEXT]: Tôi là Head of Customer Experience tại công ty thương mại điện tử B2B. Đơn hàng linh kiện thiết bị của khách hàng VIP (chiếm 15% doanh thu) bị chậm 4 ngày do sự cố hải quan. Đây là lần hoãn thứ 2 trong tháng.</w:t>
            </w:r>
            <w:r>
              <w:rPr>
                <w:rFonts w:ascii="Consolas" w:hAnsi="Consolas"/>
                <w:color w:val="1F2328"/>
                <w:sz w:val="19"/>
              </w:rPr>
              <w:br/>
              <w:t>[TASK]: Soạn thảo email xin lỗi gửi Giám đốc Mua hàng của đối tác. Email cần thừa nhận trách nhiệm trực tiếp, giải thích nguyên nhân ngắn gọn (không đổ lỗi), đưa ra mốc giao hàng chính xác mới và đề xuất chính sách chiết khấu 5% cho đơn hàng tiếp theo.</w:t>
            </w:r>
            <w:r>
              <w:rPr>
                <w:rFonts w:ascii="Consolas" w:hAnsi="Consolas"/>
                <w:color w:val="1F2328"/>
                <w:sz w:val="19"/>
              </w:rPr>
              <w:br/>
              <w:t>[RULES]: Tông giọng trang trọng, chân thành nhưng tự tin. Độ dài dưới 200 từ. Tuyệt đối không dùng từ ngữ sáo rỗng (như 'rất làm tiếc', 'sự cố ngoài ý muốn'). Kết thúc bằng lời mời họp online 15 phút.</w:t>
            </w:r>
          </w:p>
        </w:tc>
      </w:tr>
    </w:tbl>
    <w:p w14:paraId="396CFD66" w14:textId="77777777" w:rsidR="00B134CE" w:rsidRDefault="00B134CE">
      <w:pPr>
        <w:spacing w:after="80"/>
      </w:pPr>
    </w:p>
    <w:p w14:paraId="2541F651" w14:textId="77777777" w:rsidR="00B134CE" w:rsidRDefault="00000000">
      <w:pPr>
        <w:pStyle w:val="Heading2"/>
        <w:spacing w:before="280" w:after="120"/>
      </w:pPr>
      <w:r>
        <w:rPr>
          <w:color w:val="2F5496"/>
        </w:rPr>
        <w:t>Bài 5. Mở Rộng Khung Prompt CRAFT</w:t>
      </w:r>
    </w:p>
    <w:p w14:paraId="6E93471B" w14:textId="77777777" w:rsidR="00B134CE" w:rsidRDefault="00000000">
      <w:r>
        <w:rPr>
          <w:color w:val="333333"/>
        </w:rPr>
        <w:t>Đối với các nhiệm vụ phức tạp đòi hỏi đóng vai chuyên gia và định dạng chuyên biệt, khung CRAFT cung cấp cấu trúc 5 thành phần hoàn chỉnh:</w:t>
      </w:r>
    </w:p>
    <w:p w14:paraId="231BD42A" w14:textId="77777777" w:rsidR="00B134CE" w:rsidRDefault="00000000">
      <w:pPr>
        <w:pStyle w:val="ListBullet"/>
        <w:spacing w:after="60"/>
      </w:pPr>
      <w:r>
        <w:rPr>
          <w:b/>
        </w:rPr>
        <w:t>1. C — Context (Bối cảnh):</w:t>
      </w:r>
      <w:r>
        <w:rPr>
          <w:color w:val="333333"/>
        </w:rPr>
        <w:t xml:space="preserve"> Thiết lập tình huống, dự án, khán giả mục tiêu.</w:t>
      </w:r>
    </w:p>
    <w:p w14:paraId="7DA724BF" w14:textId="77777777" w:rsidR="00B134CE" w:rsidRDefault="00000000">
      <w:pPr>
        <w:pStyle w:val="ListBullet"/>
        <w:spacing w:after="60"/>
      </w:pPr>
      <w:r>
        <w:rPr>
          <w:b/>
        </w:rPr>
        <w:t>2. R — Role (Vai trò):</w:t>
      </w:r>
      <w:r>
        <w:rPr>
          <w:color w:val="333333"/>
        </w:rPr>
        <w:t xml:space="preserve"> Định hình chuyên gia mà Claude sẽ hóa thân (vd: Chuyên gia tư vấn Quản trị rủi ro Big 4).</w:t>
      </w:r>
    </w:p>
    <w:p w14:paraId="1039BD42" w14:textId="77777777" w:rsidR="00B134CE" w:rsidRDefault="00000000">
      <w:pPr>
        <w:pStyle w:val="ListBullet"/>
        <w:spacing w:after="60"/>
      </w:pPr>
      <w:r>
        <w:rPr>
          <w:b/>
        </w:rPr>
        <w:t>3. A — Ask (Yêu cầu cốt lõi):</w:t>
      </w:r>
      <w:r>
        <w:rPr>
          <w:color w:val="333333"/>
        </w:rPr>
        <w:t xml:space="preserve"> Đưa ra yêu cầu cụ thể, rõ ràng, không mập mờ.</w:t>
      </w:r>
    </w:p>
    <w:p w14:paraId="121E48D9" w14:textId="77777777" w:rsidR="00B134CE" w:rsidRDefault="00000000">
      <w:pPr>
        <w:pStyle w:val="ListBullet"/>
        <w:spacing w:after="60"/>
      </w:pPr>
      <w:r>
        <w:rPr>
          <w:b/>
        </w:rPr>
        <w:t>4. F — Format (Định dạng):</w:t>
      </w:r>
      <w:r>
        <w:rPr>
          <w:color w:val="333333"/>
        </w:rPr>
        <w:t xml:space="preserve"> Bảng biểu, Markdown, Bullet points, JSON, File đính kèm hay Artifact.</w:t>
      </w:r>
    </w:p>
    <w:p w14:paraId="2EDD6554" w14:textId="77777777" w:rsidR="00B134CE" w:rsidRDefault="00000000">
      <w:pPr>
        <w:pStyle w:val="ListBullet"/>
        <w:spacing w:after="60"/>
      </w:pPr>
      <w:r>
        <w:rPr>
          <w:b/>
        </w:rPr>
        <w:t>5. T — Tone (Tông giọng):</w:t>
      </w:r>
      <w:r>
        <w:rPr>
          <w:color w:val="333333"/>
        </w:rPr>
        <w:t xml:space="preserve"> Chuyên nghiệp, đồng cảm, sắc bén, ngắt gọn hay trang trọng.</w:t>
      </w:r>
    </w:p>
    <w:p w14:paraId="7E851FB4" w14:textId="77777777" w:rsidR="00B134CE" w:rsidRDefault="00000000">
      <w:pPr>
        <w:pStyle w:val="Heading2"/>
        <w:spacing w:before="280" w:after="120"/>
      </w:pPr>
      <w:r>
        <w:rPr>
          <w:color w:val="2F5496"/>
        </w:rPr>
        <w:lastRenderedPageBreak/>
        <w:t>Bài 6. Quản Lý Context Window &amp; Xử Lý File Đa Định Dạng</w:t>
      </w:r>
    </w:p>
    <w:p w14:paraId="541E3493" w14:textId="77777777" w:rsidR="00B134CE" w:rsidRDefault="00000000">
      <w:r>
        <w:rPr>
          <w:color w:val="333333"/>
        </w:rPr>
        <w:t>Claude hỗ trợ tải lên trực tiếp nhiều định dạng file như PDF, DOCX, XLSX, CSV, PNG, Code (.py, .js, .ts) và PPTX. Để Claude phân tích file đạt độ chính xác cao nhất, hãy áp dụng 3 quy tắc:</w:t>
      </w:r>
    </w:p>
    <w:p w14:paraId="25D3D2BB" w14:textId="77777777" w:rsidR="00B134CE" w:rsidRDefault="00000000">
      <w:pPr>
        <w:pStyle w:val="ListBullet"/>
        <w:spacing w:after="60"/>
      </w:pPr>
      <w:r>
        <w:rPr>
          <w:b/>
        </w:rPr>
        <w:t>1. Đặt tên file có tính mô tả:</w:t>
      </w:r>
      <w:r>
        <w:rPr>
          <w:color w:val="333333"/>
        </w:rPr>
        <w:t xml:space="preserve"> Đổi tên file chứa từ khóa rõ ràng (ví dụ: `bao-cao-tai-chinh-q3-2026.pdf` thay vì `doc123.pdf`).</w:t>
      </w:r>
    </w:p>
    <w:p w14:paraId="4A4815EB" w14:textId="77777777" w:rsidR="00B134CE" w:rsidRDefault="00000000">
      <w:pPr>
        <w:pStyle w:val="ListBullet"/>
        <w:spacing w:after="60"/>
      </w:pPr>
      <w:r>
        <w:rPr>
          <w:b/>
        </w:rPr>
        <w:t>2. Tham chiếu tên file trong prompt:</w:t>
      </w:r>
      <w:r>
        <w:rPr>
          <w:color w:val="333333"/>
        </w:rPr>
        <w:t xml:space="preserve"> Gọi tên file chính xác trong prompt: 'Dựa vào bảng tính `kpi-sales-2026.xlsx`, hãy trích xuất 3 nhân sự có tăng trưởng cao nhất.'</w:t>
      </w:r>
    </w:p>
    <w:p w14:paraId="4A7DA4DF" w14:textId="77777777" w:rsidR="00B134CE" w:rsidRDefault="00000000">
      <w:pPr>
        <w:pStyle w:val="ListBullet"/>
        <w:spacing w:after="60"/>
      </w:pPr>
      <w:r>
        <w:rPr>
          <w:b/>
        </w:rPr>
        <w:t>3. Ranh giới Chat vs Project Knowledge Base:</w:t>
      </w:r>
      <w:r>
        <w:rPr>
          <w:color w:val="333333"/>
        </w:rPr>
        <w:t xml:space="preserve"> File chỉ dùng 1 lần -&gt; Tải vào Chat. File dùng lặp đi lặp lại nhiều phiên -&gt; Đưa vào Project Knowledge Base.</w:t>
      </w:r>
    </w:p>
    <w:p w14:paraId="512AEA4F" w14:textId="77777777" w:rsidR="00B134CE" w:rsidRDefault="00000000">
      <w:pPr>
        <w:pStyle w:val="Heading2"/>
        <w:spacing w:before="280" w:after="120"/>
      </w:pPr>
      <w:r>
        <w:rPr>
          <w:color w:val="2F5496"/>
        </w:rPr>
        <w:t>Bài 7. Extended Thinking Mode &amp; Bảng Phân Cấp Token Suy Luận</w:t>
      </w:r>
    </w:p>
    <w:p w14:paraId="766BB6BB" w14:textId="77777777" w:rsidR="00B134CE" w:rsidRDefault="00000000">
      <w:r>
        <w:rPr>
          <w:color w:val="333333"/>
        </w:rPr>
        <w:t>Extended Thinking Mode là tính năng đột phá trên Sonnet và Opus, hoạt động như một Scratchpad (giấy nháp nội bộ). Claude sẽ tự động bóc tách bài toán, kiểm tra các trường hợp biên (edge cases) và lập luận logic từng bước trước khi đưa ra câu trả lời chính thức.</w:t>
      </w:r>
    </w:p>
    <w:tbl>
      <w:tblPr>
        <w:tblW w:w="0" w:type="auto"/>
        <w:jc w:val="center"/>
        <w:tblLayout w:type="fixed"/>
        <w:tblLook w:val="04A0" w:firstRow="1" w:lastRow="0" w:firstColumn="1" w:lastColumn="0" w:noHBand="0" w:noVBand="1"/>
      </w:tblPr>
      <w:tblGrid>
        <w:gridCol w:w="2880"/>
        <w:gridCol w:w="2592"/>
        <w:gridCol w:w="3888"/>
      </w:tblGrid>
      <w:tr w:rsidR="00B134CE" w14:paraId="791287CE" w14:textId="77777777">
        <w:trPr>
          <w:jc w:val="center"/>
        </w:trPr>
        <w:tc>
          <w:tcPr>
            <w:tcW w:w="2880" w:type="dxa"/>
            <w:shd w:val="clear" w:color="auto" w:fill="2F5496"/>
            <w:tcMar>
              <w:top w:w="100" w:type="dxa"/>
              <w:left w:w="120" w:type="dxa"/>
              <w:bottom w:w="100" w:type="dxa"/>
              <w:right w:w="120" w:type="dxa"/>
            </w:tcMar>
          </w:tcPr>
          <w:p w14:paraId="1D4E2291" w14:textId="77777777" w:rsidR="00B134CE" w:rsidRDefault="00000000">
            <w:pPr>
              <w:spacing w:after="0"/>
            </w:pPr>
            <w:r>
              <w:rPr>
                <w:b/>
                <w:color w:val="FFFFFF"/>
                <w:sz w:val="19"/>
              </w:rPr>
              <w:t>TỪ KHÓA KÍCH HOẠT (CLI/API)</w:t>
            </w:r>
          </w:p>
        </w:tc>
        <w:tc>
          <w:tcPr>
            <w:tcW w:w="2592" w:type="dxa"/>
            <w:shd w:val="clear" w:color="auto" w:fill="2F5496"/>
            <w:tcMar>
              <w:top w:w="100" w:type="dxa"/>
              <w:left w:w="120" w:type="dxa"/>
              <w:bottom w:w="100" w:type="dxa"/>
              <w:right w:w="120" w:type="dxa"/>
            </w:tcMar>
          </w:tcPr>
          <w:p w14:paraId="5990C740" w14:textId="77777777" w:rsidR="00B134CE" w:rsidRDefault="00000000">
            <w:pPr>
              <w:spacing w:after="0"/>
            </w:pPr>
            <w:r>
              <w:rPr>
                <w:b/>
                <w:color w:val="FFFFFF"/>
                <w:sz w:val="19"/>
              </w:rPr>
              <w:t>TOKEN SỤY LUẬN TỐI ĐA</w:t>
            </w:r>
          </w:p>
        </w:tc>
        <w:tc>
          <w:tcPr>
            <w:tcW w:w="3888" w:type="dxa"/>
            <w:shd w:val="clear" w:color="auto" w:fill="2F5496"/>
            <w:tcMar>
              <w:top w:w="100" w:type="dxa"/>
              <w:left w:w="120" w:type="dxa"/>
              <w:bottom w:w="100" w:type="dxa"/>
              <w:right w:w="120" w:type="dxa"/>
            </w:tcMar>
          </w:tcPr>
          <w:p w14:paraId="2238D365" w14:textId="77777777" w:rsidR="00B134CE" w:rsidRDefault="00000000">
            <w:pPr>
              <w:spacing w:after="0"/>
            </w:pPr>
            <w:r>
              <w:rPr>
                <w:b/>
                <w:color w:val="FFFFFF"/>
                <w:sz w:val="19"/>
              </w:rPr>
              <w:t>USE CASE PHÙ HỢP GIẢI QUYẾT</w:t>
            </w:r>
          </w:p>
        </w:tc>
      </w:tr>
      <w:tr w:rsidR="00B134CE" w14:paraId="58E04259"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6F0D9ED" w14:textId="77777777" w:rsidR="00B134CE" w:rsidRDefault="00000000">
            <w:pPr>
              <w:spacing w:after="0"/>
            </w:pPr>
            <w:r>
              <w:rPr>
                <w:color w:val="333333"/>
                <w:sz w:val="18"/>
              </w:rPr>
              <w:t>think</w:t>
            </w:r>
          </w:p>
        </w:tc>
        <w:tc>
          <w:tcPr>
            <w:tcW w:w="2592"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70E54F1B" w14:textId="77777777" w:rsidR="00B134CE" w:rsidRDefault="00000000">
            <w:pPr>
              <w:spacing w:after="0"/>
            </w:pPr>
            <w:r>
              <w:rPr>
                <w:color w:val="333333"/>
                <w:sz w:val="18"/>
              </w:rPr>
              <w:t>~2,000 tokens</w:t>
            </w:r>
          </w:p>
        </w:tc>
        <w:tc>
          <w:tcPr>
            <w:tcW w:w="3888"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2818C23C" w14:textId="77777777" w:rsidR="00B134CE" w:rsidRDefault="00000000">
            <w:pPr>
              <w:spacing w:after="0"/>
            </w:pPr>
            <w:r>
              <w:rPr>
                <w:color w:val="333333"/>
                <w:sz w:val="18"/>
              </w:rPr>
              <w:t>Bài toán logic vừa phải, phân tích câu hỏi có 2-3 ràng buộc</w:t>
            </w:r>
          </w:p>
        </w:tc>
      </w:tr>
      <w:tr w:rsidR="00B134CE" w14:paraId="7603EA7E"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2E5E4645" w14:textId="77777777" w:rsidR="00B134CE" w:rsidRDefault="00000000">
            <w:pPr>
              <w:spacing w:after="0"/>
            </w:pPr>
            <w:r>
              <w:rPr>
                <w:color w:val="333333"/>
                <w:sz w:val="18"/>
              </w:rPr>
              <w:t>think hard / think more</w:t>
            </w:r>
          </w:p>
        </w:tc>
        <w:tc>
          <w:tcPr>
            <w:tcW w:w="2592"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71BA9B28" w14:textId="77777777" w:rsidR="00B134CE" w:rsidRDefault="00000000">
            <w:pPr>
              <w:spacing w:after="0"/>
            </w:pPr>
            <w:r>
              <w:rPr>
                <w:color w:val="333333"/>
                <w:sz w:val="18"/>
              </w:rPr>
              <w:t>~8,000 tokens</w:t>
            </w:r>
          </w:p>
        </w:tc>
        <w:tc>
          <w:tcPr>
            <w:tcW w:w="3888"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1EDF426C" w14:textId="77777777" w:rsidR="00B134CE" w:rsidRDefault="00000000">
            <w:pPr>
              <w:spacing w:after="0"/>
            </w:pPr>
            <w:r>
              <w:rPr>
                <w:color w:val="333333"/>
                <w:sz w:val="18"/>
              </w:rPr>
              <w:t>Sửa bug lập trình khó, refactor module code, đối chiếu hợp đồng</w:t>
            </w:r>
          </w:p>
        </w:tc>
      </w:tr>
      <w:tr w:rsidR="00B134CE" w14:paraId="293058F6"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0F47EBFF" w14:textId="77777777" w:rsidR="00B134CE" w:rsidRDefault="00000000">
            <w:pPr>
              <w:spacing w:after="0"/>
            </w:pPr>
            <w:r>
              <w:rPr>
                <w:color w:val="333333"/>
                <w:sz w:val="18"/>
              </w:rPr>
              <w:t>think harder / think a lot</w:t>
            </w:r>
          </w:p>
        </w:tc>
        <w:tc>
          <w:tcPr>
            <w:tcW w:w="2592"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53551CE" w14:textId="77777777" w:rsidR="00B134CE" w:rsidRDefault="00000000">
            <w:pPr>
              <w:spacing w:after="0"/>
            </w:pPr>
            <w:r>
              <w:rPr>
                <w:color w:val="333333"/>
                <w:sz w:val="18"/>
              </w:rPr>
              <w:t>~16,000 tokens</w:t>
            </w:r>
          </w:p>
        </w:tc>
        <w:tc>
          <w:tcPr>
            <w:tcW w:w="3888"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79902034" w14:textId="77777777" w:rsidR="00B134CE" w:rsidRDefault="00000000">
            <w:pPr>
              <w:spacing w:after="0"/>
            </w:pPr>
            <w:r>
              <w:rPr>
                <w:color w:val="333333"/>
                <w:sz w:val="18"/>
              </w:rPr>
              <w:t>Thiết kế kiến trúc hệ thống, lập kế hoạch tài chính đa kịch bản</w:t>
            </w:r>
          </w:p>
        </w:tc>
      </w:tr>
      <w:tr w:rsidR="00B134CE" w14:paraId="2A331E33"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3ED1A8C3" w14:textId="77777777" w:rsidR="00B134CE" w:rsidRDefault="00000000">
            <w:pPr>
              <w:spacing w:after="0"/>
            </w:pPr>
            <w:r>
              <w:rPr>
                <w:color w:val="333333"/>
                <w:sz w:val="18"/>
              </w:rPr>
              <w:t>think longer</w:t>
            </w:r>
          </w:p>
        </w:tc>
        <w:tc>
          <w:tcPr>
            <w:tcW w:w="2592"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0C44210D" w14:textId="77777777" w:rsidR="00B134CE" w:rsidRDefault="00000000">
            <w:pPr>
              <w:spacing w:after="0"/>
            </w:pPr>
            <w:r>
              <w:rPr>
                <w:color w:val="333333"/>
                <w:sz w:val="18"/>
              </w:rPr>
              <w:t>~32,000 tokens</w:t>
            </w:r>
          </w:p>
        </w:tc>
        <w:tc>
          <w:tcPr>
            <w:tcW w:w="3888"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2CB4ABE4" w14:textId="77777777" w:rsidR="00B134CE" w:rsidRDefault="00000000">
            <w:pPr>
              <w:spacing w:after="0"/>
            </w:pPr>
            <w:r>
              <w:rPr>
                <w:color w:val="333333"/>
                <w:sz w:val="18"/>
              </w:rPr>
              <w:t>Phân tích chiến lược đa chiều, chứng minh thuật toán phức tạp</w:t>
            </w:r>
          </w:p>
        </w:tc>
      </w:tr>
      <w:tr w:rsidR="00B134CE" w14:paraId="1670D05F"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061A523D" w14:textId="77777777" w:rsidR="00B134CE" w:rsidRDefault="00000000">
            <w:pPr>
              <w:spacing w:after="0"/>
            </w:pPr>
            <w:r>
              <w:rPr>
                <w:color w:val="333333"/>
                <w:sz w:val="18"/>
              </w:rPr>
              <w:t>ultrathink</w:t>
            </w:r>
          </w:p>
        </w:tc>
        <w:tc>
          <w:tcPr>
            <w:tcW w:w="2592"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3AD19B1E" w14:textId="77777777" w:rsidR="00B134CE" w:rsidRDefault="00000000">
            <w:pPr>
              <w:spacing w:after="0"/>
            </w:pPr>
            <w:r>
              <w:rPr>
                <w:color w:val="333333"/>
                <w:sz w:val="18"/>
              </w:rPr>
              <w:t>~64,000 tokens</w:t>
            </w:r>
          </w:p>
        </w:tc>
        <w:tc>
          <w:tcPr>
            <w:tcW w:w="3888"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1638A724" w14:textId="77777777" w:rsidR="00B134CE" w:rsidRDefault="00000000">
            <w:pPr>
              <w:spacing w:after="0"/>
            </w:pPr>
            <w:r>
              <w:rPr>
                <w:color w:val="333333"/>
                <w:sz w:val="18"/>
              </w:rPr>
              <w:t>Vấn đề cực kỳ hóc búa, thiết kế kiến trúc cốt lõi &amp; audit bảo mật</w:t>
            </w:r>
          </w:p>
        </w:tc>
      </w:tr>
    </w:tbl>
    <w:p w14:paraId="00F67A26" w14:textId="77777777" w:rsidR="00B134CE" w:rsidRDefault="00B134CE"/>
    <w:p w14:paraId="0AB8A8AC" w14:textId="77777777" w:rsidR="00B134CE" w:rsidRDefault="00000000">
      <w:pPr>
        <w:pStyle w:val="Heading2"/>
        <w:spacing w:before="280" w:after="120"/>
      </w:pPr>
      <w:r>
        <w:rPr>
          <w:color w:val="2F5496"/>
        </w:rPr>
        <w:t>Bài 8. Bộ Nhớ Dài Hạn (Memory), Custom Styles &amp; Preferences</w:t>
      </w:r>
    </w:p>
    <w:p w14:paraId="692B900C" w14:textId="77777777" w:rsidR="00B134CE" w:rsidRDefault="00000000">
      <w:r>
        <w:rPr>
          <w:color w:val="333333"/>
        </w:rPr>
        <w:t>Claude cung cấp 3 cơ chế ghi nhớ cá nhân hóa giúp bạn không phải lặp lại bối cảnh:</w:t>
      </w:r>
    </w:p>
    <w:p w14:paraId="4741FF3A" w14:textId="77777777" w:rsidR="00B134CE" w:rsidRDefault="00000000">
      <w:pPr>
        <w:pStyle w:val="ListBullet"/>
        <w:spacing w:after="60"/>
      </w:pPr>
      <w:r>
        <w:rPr>
          <w:b/>
        </w:rPr>
        <w:t>• 🧠 Memory:</w:t>
      </w:r>
      <w:r>
        <w:rPr>
          <w:color w:val="333333"/>
        </w:rPr>
        <w:t xml:space="preserve"> Claude tự động ghi nhớ vai trò, lĩnh vực làm việc, công nghệ sử dụng và sở thích của bạn qua các phiên chat.</w:t>
      </w:r>
    </w:p>
    <w:p w14:paraId="49E93494" w14:textId="77777777" w:rsidR="00B134CE" w:rsidRDefault="00000000">
      <w:pPr>
        <w:pStyle w:val="ListBullet"/>
        <w:spacing w:after="60"/>
      </w:pPr>
      <w:r>
        <w:rPr>
          <w:b/>
        </w:rPr>
        <w:t>• ✍️ Custom Styles:</w:t>
      </w:r>
      <w:r>
        <w:rPr>
          <w:color w:val="333333"/>
        </w:rPr>
        <w:t xml:space="preserve"> Cấu hình phong cách hành văn riêng bằng cách nạp 3-4 bài viết mẫu của bạn để Claude học tông giọng.</w:t>
      </w:r>
    </w:p>
    <w:p w14:paraId="1292E9CF" w14:textId="77777777" w:rsidR="00B134CE" w:rsidRDefault="00000000">
      <w:pPr>
        <w:pStyle w:val="ListBullet"/>
        <w:spacing w:after="60"/>
      </w:pPr>
      <w:r>
        <w:rPr>
          <w:b/>
        </w:rPr>
        <w:t>• ⚙️ Preferences:</w:t>
      </w:r>
      <w:r>
        <w:rPr>
          <w:color w:val="333333"/>
        </w:rPr>
        <w:t xml:space="preserve"> Cài đặt quy tắc cố định trong Settings (vd: 'Luôn trả lời bằng tiếng Việt', 'Mặc định xuất định dạng Markdown').</w:t>
      </w:r>
    </w:p>
    <w:p w14:paraId="29206E16" w14:textId="77777777" w:rsidR="00B134CE" w:rsidRDefault="00000000">
      <w:r>
        <w:br w:type="page"/>
      </w:r>
    </w:p>
    <w:p w14:paraId="5C2C0B32" w14:textId="77777777" w:rsidR="00B134CE" w:rsidRDefault="00000000">
      <w:pPr>
        <w:pStyle w:val="Heading1"/>
        <w:spacing w:before="360" w:after="160"/>
      </w:pPr>
      <w:r>
        <w:rPr>
          <w:color w:val="113867"/>
          <w:sz w:val="32"/>
        </w:rPr>
        <w:lastRenderedPageBreak/>
        <w:t>PHẦN III — KHUNG NĂNG LỰC AI FLUENCY &amp; TƯ DUY ĐẠI LÝ</w:t>
      </w:r>
    </w:p>
    <w:p w14:paraId="20B668C3" w14:textId="77777777" w:rsidR="00B134CE" w:rsidRDefault="00000000">
      <w:pPr>
        <w:pStyle w:val="Heading2"/>
        <w:spacing w:before="280" w:after="120"/>
      </w:pPr>
      <w:r>
        <w:rPr>
          <w:color w:val="2F5496"/>
        </w:rPr>
        <w:t>Bài 9. Khung 4D Framework Trong Quản Trị AI Doanh Nghiệp</w:t>
      </w:r>
    </w:p>
    <w:p w14:paraId="10DDD463" w14:textId="77777777" w:rsidR="00B134CE" w:rsidRDefault="00000000">
      <w:r>
        <w:rPr>
          <w:color w:val="333333"/>
        </w:rPr>
        <w:t>Để đạt trình độ AI Fluency (thành thạo AI), Anthropic đề xuất Khung quản trị 4D:</w:t>
      </w:r>
    </w:p>
    <w:p w14:paraId="2929A1BF" w14:textId="77777777" w:rsidR="00B134CE" w:rsidRDefault="00000000">
      <w:pPr>
        <w:pStyle w:val="ListBullet"/>
        <w:spacing w:after="60"/>
      </w:pPr>
      <w:r>
        <w:rPr>
          <w:b/>
        </w:rPr>
        <w:t>1. Delegation (Phân giao):</w:t>
      </w:r>
      <w:r>
        <w:rPr>
          <w:color w:val="333333"/>
        </w:rPr>
        <w:t xml:space="preserve"> Xác định chính xác tác vụ nào nên giao cho AI (tác vụ lặp lại, định dạng, lập bản thảo) và tác vụ nào con người bắt buộc giữ lại (quyết định chiến lược, phê duyệt ngân sách).</w:t>
      </w:r>
    </w:p>
    <w:p w14:paraId="3D2EF6AD" w14:textId="77777777" w:rsidR="00B134CE" w:rsidRDefault="00000000">
      <w:pPr>
        <w:pStyle w:val="ListBullet"/>
        <w:spacing w:after="60"/>
      </w:pPr>
      <w:r>
        <w:rPr>
          <w:b/>
        </w:rPr>
        <w:t>2. Description (Mô tả):</w:t>
      </w:r>
      <w:r>
        <w:rPr>
          <w:color w:val="333333"/>
        </w:rPr>
        <w:t xml:space="preserve"> Kỹ năng mô tả yêu cầu sắc bén qua công thức C-T-R, đính kèm ví dụ mẫu (Few-shot prompting).</w:t>
      </w:r>
    </w:p>
    <w:p w14:paraId="4DBA1FF7" w14:textId="77777777" w:rsidR="00B134CE" w:rsidRDefault="00000000">
      <w:pPr>
        <w:pStyle w:val="ListBullet"/>
        <w:spacing w:after="60"/>
      </w:pPr>
      <w:r>
        <w:rPr>
          <w:b/>
        </w:rPr>
        <w:t>3. Discernment (Phân định):</w:t>
      </w:r>
      <w:r>
        <w:rPr>
          <w:color w:val="333333"/>
        </w:rPr>
        <w:t xml:space="preserve"> Đánh giá kết quả đầu ra dựa trên 3 tiêu chí: Accuracy (Độ chính xác), Structure (Bố cục) và Voice (Tông giọng).</w:t>
      </w:r>
    </w:p>
    <w:p w14:paraId="78692DC1" w14:textId="77777777" w:rsidR="00B134CE" w:rsidRDefault="00000000">
      <w:pPr>
        <w:pStyle w:val="ListBullet"/>
        <w:spacing w:after="60"/>
      </w:pPr>
      <w:r>
        <w:rPr>
          <w:b/>
        </w:rPr>
        <w:t>4. Diligence (Cẩn trọng):</w:t>
      </w:r>
      <w:r>
        <w:rPr>
          <w:color w:val="333333"/>
        </w:rPr>
        <w:t xml:space="preserve"> Sự cẩn trọng cuối cùng. Con người là người ký tên và chịu 100% trách nhiệm cho sản phẩm phân phối.</w:t>
      </w:r>
    </w:p>
    <w:p w14:paraId="760D3BF2" w14:textId="77777777" w:rsidR="00B134CE" w:rsidRDefault="00000000">
      <w:pPr>
        <w:pStyle w:val="Heading2"/>
        <w:spacing w:before="280" w:after="120"/>
      </w:pPr>
      <w:r>
        <w:rPr>
          <w:color w:val="2F5496"/>
        </w:rPr>
        <w:t>Bài 10. Quy Trình Rio's Loop &amp; Lightweight Evals</w:t>
      </w:r>
    </w:p>
    <w:p w14:paraId="74C1B669" w14:textId="77777777" w:rsidR="00B134CE" w:rsidRDefault="00000000">
      <w:r>
        <w:rPr>
          <w:color w:val="333333"/>
        </w:rPr>
        <w:t>Rio's Loop là quy trình 6 bước thử nghiệm để kiểm chứng độ tin cậy của Claude trên một tác vụ doanh nghiệp thực tế trước khi đưa vào vận hành tự động:</w:t>
      </w:r>
    </w:p>
    <w:p w14:paraId="467FD1F4" w14:textId="77777777" w:rsidR="00B134CE" w:rsidRDefault="00000000">
      <w:pPr>
        <w:pStyle w:val="ListBullet"/>
        <w:spacing w:after="60"/>
      </w:pPr>
      <w:r>
        <w:rPr>
          <w:b/>
        </w:rPr>
        <w:t>Bước 1 — Chọn Ground Truth:</w:t>
      </w:r>
      <w:r>
        <w:rPr>
          <w:color w:val="333333"/>
        </w:rPr>
        <w:t xml:space="preserve"> Chọn tác vụ đã có dữ liệu thực tế và đáp án chuẩn do con người làm trong quá khứ.</w:t>
      </w:r>
    </w:p>
    <w:p w14:paraId="30A66891" w14:textId="77777777" w:rsidR="00B134CE" w:rsidRDefault="00000000">
      <w:pPr>
        <w:pStyle w:val="ListBullet"/>
        <w:spacing w:after="60"/>
      </w:pPr>
      <w:r>
        <w:rPr>
          <w:b/>
        </w:rPr>
        <w:t>Bước 2 — Chạy Baseline:</w:t>
      </w:r>
      <w:r>
        <w:rPr>
          <w:color w:val="333333"/>
        </w:rPr>
        <w:t xml:space="preserve"> Chạy thử Claude trên tập dữ liệu đó mà không hướng dẫn quá chi tiết.</w:t>
      </w:r>
    </w:p>
    <w:p w14:paraId="7B063DDE" w14:textId="77777777" w:rsidR="00B134CE" w:rsidRDefault="00000000">
      <w:pPr>
        <w:pStyle w:val="ListBullet"/>
        <w:spacing w:after="60"/>
      </w:pPr>
      <w:r>
        <w:rPr>
          <w:b/>
        </w:rPr>
        <w:t>Bước 3 — Phát hiện Gap:</w:t>
      </w:r>
      <w:r>
        <w:rPr>
          <w:color w:val="333333"/>
        </w:rPr>
        <w:t xml:space="preserve"> Đối chiếu đầu ra của Claude với đáp án chuẩn, chỉ ra các điểm sai lệch.</w:t>
      </w:r>
    </w:p>
    <w:p w14:paraId="39805A85" w14:textId="77777777" w:rsidR="00B134CE" w:rsidRDefault="00000000">
      <w:pPr>
        <w:pStyle w:val="ListBullet"/>
        <w:spacing w:after="60"/>
      </w:pPr>
      <w:r>
        <w:rPr>
          <w:b/>
        </w:rPr>
        <w:t>Bước 4 — Tinh chỉnh Prompt:</w:t>
      </w:r>
      <w:r>
        <w:rPr>
          <w:color w:val="333333"/>
        </w:rPr>
        <w:t xml:space="preserve"> Cập nhật prompt, thêm quy tắc ràng buộc hoặc ví dụ minh họa vào prompt.</w:t>
      </w:r>
    </w:p>
    <w:p w14:paraId="0C1D7750" w14:textId="77777777" w:rsidR="00B134CE" w:rsidRDefault="00000000">
      <w:pPr>
        <w:pStyle w:val="ListBullet"/>
        <w:spacing w:after="60"/>
      </w:pPr>
      <w:r>
        <w:rPr>
          <w:b/>
        </w:rPr>
        <w:t>Bước 5 — Kiểm thử lại:</w:t>
      </w:r>
      <w:r>
        <w:rPr>
          <w:color w:val="333333"/>
        </w:rPr>
        <w:t xml:space="preserve"> Cho Claude chạy lại trên tập test case mới để xác nhận độ ổn định.</w:t>
      </w:r>
    </w:p>
    <w:p w14:paraId="6176E71E" w14:textId="77777777" w:rsidR="00B134CE" w:rsidRDefault="00000000">
      <w:pPr>
        <w:pStyle w:val="ListBullet"/>
        <w:spacing w:after="60"/>
      </w:pPr>
      <w:r>
        <w:rPr>
          <w:b/>
        </w:rPr>
        <w:t>Bước 6 — Đóng gói Quy trình:</w:t>
      </w:r>
      <w:r>
        <w:rPr>
          <w:color w:val="333333"/>
        </w:rPr>
        <w:t xml:space="preserve"> Khi đạt độ chính xác &gt;90%, đóng gói thành Custom Skill hoặc Scheduled Task.</w:t>
      </w:r>
    </w:p>
    <w:p w14:paraId="298D4670" w14:textId="77777777" w:rsidR="00B134CE" w:rsidRDefault="00000000">
      <w:r>
        <w:br w:type="page"/>
      </w:r>
    </w:p>
    <w:p w14:paraId="2BD3F6AE" w14:textId="77777777" w:rsidR="00B134CE" w:rsidRDefault="00000000">
      <w:pPr>
        <w:pStyle w:val="Heading1"/>
        <w:spacing w:before="360" w:after="160"/>
      </w:pPr>
      <w:r>
        <w:rPr>
          <w:color w:val="113867"/>
          <w:sz w:val="32"/>
        </w:rPr>
        <w:lastRenderedPageBreak/>
        <w:t>PHẦN IV — KHÔNG GIAN LÀM VIỆC CHUYÊN DỤNG (PROJECTS, SKILLS &amp; ARTIFACTS)</w:t>
      </w:r>
    </w:p>
    <w:p w14:paraId="7DAB2954" w14:textId="77777777" w:rsidR="00B134CE" w:rsidRDefault="00000000">
      <w:pPr>
        <w:pStyle w:val="Heading2"/>
        <w:spacing w:before="280" w:after="120"/>
      </w:pPr>
      <w:r>
        <w:rPr>
          <w:color w:val="2F5496"/>
        </w:rPr>
        <w:t>Bài 11. Projects — Kiến Tạo Kho Tri Thức &amp; Custom Instructions</w:t>
      </w:r>
    </w:p>
    <w:p w14:paraId="2A5D7D98" w14:textId="77777777" w:rsidR="00B134CE" w:rsidRDefault="00000000">
      <w:r>
        <w:rPr>
          <w:color w:val="333333"/>
        </w:rPr>
        <w:t>Project là một Workspace chuyên dụng tích hợp sẵn 3 thành phần: Knowledge Base (Kho tài liệu tĩnh), Custom Instructions (Hướng dẫn hành vi cố định) và Lịch sử trò chuyện riêng biệt.</w:t>
      </w:r>
    </w:p>
    <w:tbl>
      <w:tblPr>
        <w:tblW w:w="0" w:type="auto"/>
        <w:jc w:val="center"/>
        <w:tblLayout w:type="fixed"/>
        <w:tblLook w:val="04A0" w:firstRow="1" w:lastRow="0" w:firstColumn="1" w:lastColumn="0" w:noHBand="0" w:noVBand="1"/>
      </w:tblPr>
      <w:tblGrid>
        <w:gridCol w:w="9360"/>
      </w:tblGrid>
      <w:tr w:rsidR="00B134CE" w14:paraId="48B9DF9C" w14:textId="77777777">
        <w:trPr>
          <w:jc w:val="center"/>
        </w:trPr>
        <w:tc>
          <w:tcPr>
            <w:tcW w:w="9360" w:type="dxa"/>
            <w:tcBorders>
              <w:left w:val="single" w:sz="24" w:space="0" w:color="2F5496"/>
            </w:tcBorders>
            <w:shd w:val="clear" w:color="auto" w:fill="F0F4F8"/>
            <w:tcMar>
              <w:top w:w="140" w:type="dxa"/>
              <w:left w:w="200" w:type="dxa"/>
              <w:bottom w:w="140" w:type="dxa"/>
              <w:right w:w="180" w:type="dxa"/>
            </w:tcMar>
          </w:tcPr>
          <w:p w14:paraId="5FA7F048" w14:textId="77777777" w:rsidR="00B134CE" w:rsidRDefault="00000000">
            <w:pPr>
              <w:spacing w:after="80"/>
            </w:pPr>
            <w:r>
              <w:rPr>
                <w:b/>
                <w:color w:val="2F5496"/>
              </w:rPr>
              <w:t>📏 QUY TẮC NỀN TẢNG</w:t>
            </w:r>
            <w:r>
              <w:rPr>
                <w:b/>
                <w:color w:val="2F5496"/>
              </w:rPr>
              <w:br/>
            </w:r>
            <w:r>
              <w:rPr>
                <w:color w:val="333333"/>
                <w:sz w:val="20"/>
              </w:rPr>
              <w:t>QUY TẮC LẦN THỨ 3: Nếu bạn phát hiện mình phải copy-paste cùng một tệp tài liệu hoặc cùng một bối cảnh hướng dẫn đến lần thứ 3 cho cùng một loại công việc — hãy dừng lại ngay và tạo một Project!</w:t>
            </w:r>
          </w:p>
        </w:tc>
      </w:tr>
    </w:tbl>
    <w:p w14:paraId="1DC43B44" w14:textId="77777777" w:rsidR="00B134CE" w:rsidRDefault="00B134CE">
      <w:pPr>
        <w:spacing w:after="80"/>
      </w:pPr>
    </w:p>
    <w:p w14:paraId="0C226025" w14:textId="77777777" w:rsidR="00B134CE" w:rsidRDefault="00000000">
      <w:pPr>
        <w:pStyle w:val="Heading2"/>
        <w:spacing w:before="280" w:after="120"/>
      </w:pPr>
      <w:r>
        <w:rPr>
          <w:color w:val="2F5496"/>
        </w:rPr>
        <w:t>Bài 12. Custom Skills — Đóng Gói Quy Trình Chuẩn</w:t>
      </w:r>
    </w:p>
    <w:p w14:paraId="1DCF2703" w14:textId="77777777" w:rsidR="00B134CE" w:rsidRDefault="00000000">
      <w:r>
        <w:rPr>
          <w:color w:val="333333"/>
        </w:rPr>
        <w:t>Nếu Project là nơi lưu trữ 'Thông tin là gì' (WHAT), thì Custom Skill là 'Cỗ máy quy trình' (HOW). Skill là một thư mục chứa file `SKILL.md` và các tài nguyên phụ trợ mà Claude tự động nhận diện và kích hoạt nhờ cơ chế Progressive Disclosure (chỉ nạp nội dung chi tiết khi người dùng yêu cầu đúng từ khóa ngữ nghĩa).</w:t>
      </w:r>
    </w:p>
    <w:tbl>
      <w:tblPr>
        <w:tblW w:w="0" w:type="auto"/>
        <w:jc w:val="center"/>
        <w:tblLayout w:type="fixed"/>
        <w:tblLook w:val="04A0" w:firstRow="1" w:lastRow="0" w:firstColumn="1" w:lastColumn="0" w:noHBand="0" w:noVBand="1"/>
      </w:tblPr>
      <w:tblGrid>
        <w:gridCol w:w="9360"/>
      </w:tblGrid>
      <w:tr w:rsidR="00B134CE" w14:paraId="5550FE94" w14:textId="77777777">
        <w:trPr>
          <w:jc w:val="center"/>
        </w:trPr>
        <w:tc>
          <w:tcPr>
            <w:tcW w:w="9360" w:type="dxa"/>
            <w:tcBorders>
              <w:top w:val="single" w:sz="4" w:space="0" w:color="D0D7DE"/>
              <w:left w:val="single" w:sz="4" w:space="0" w:color="D0D7DE"/>
              <w:bottom w:val="single" w:sz="4" w:space="0" w:color="D0D7DE"/>
              <w:right w:val="single" w:sz="4" w:space="0" w:color="D0D7DE"/>
            </w:tcBorders>
            <w:shd w:val="clear" w:color="auto" w:fill="F8F9FA"/>
            <w:tcMar>
              <w:top w:w="100" w:type="dxa"/>
              <w:left w:w="150" w:type="dxa"/>
              <w:bottom w:w="100" w:type="dxa"/>
              <w:right w:w="150" w:type="dxa"/>
            </w:tcMar>
          </w:tcPr>
          <w:p w14:paraId="2F186114" w14:textId="77777777" w:rsidR="00B134CE" w:rsidRDefault="00000000">
            <w:pPr>
              <w:spacing w:after="0"/>
            </w:pPr>
            <w:r>
              <w:rPr>
                <w:rFonts w:ascii="Consolas" w:hAnsi="Consolas"/>
                <w:color w:val="1F2328"/>
                <w:sz w:val="19"/>
              </w:rPr>
              <w:t>MẪU CẤU TRÚC FILE SKILL.MD CHUẨN:</w:t>
            </w:r>
            <w:r>
              <w:rPr>
                <w:rFonts w:ascii="Consolas" w:hAnsi="Consolas"/>
                <w:color w:val="1F2328"/>
                <w:sz w:val="19"/>
              </w:rPr>
              <w:br/>
              <w:t>---</w:t>
            </w:r>
            <w:r>
              <w:rPr>
                <w:rFonts w:ascii="Consolas" w:hAnsi="Consolas"/>
                <w:color w:val="1F2328"/>
                <w:sz w:val="19"/>
              </w:rPr>
              <w:br/>
              <w:t>name: bao-cao-tai-chinh-thang</w:t>
            </w:r>
            <w:r>
              <w:rPr>
                <w:rFonts w:ascii="Consolas" w:hAnsi="Consolas"/>
                <w:color w:val="1F2328"/>
                <w:sz w:val="19"/>
              </w:rPr>
              <w:br/>
              <w:t>description: Tự động phân tích file Excel sổ kế toán và tạo Báo cáo chênh lệch doanh thu chi phí. Kích hoạt khi gõ "báo cáo tháng", "financial report" hoặc upload file ledger.</w:t>
            </w:r>
            <w:r>
              <w:rPr>
                <w:rFonts w:ascii="Consolas" w:hAnsi="Consolas"/>
                <w:color w:val="1F2328"/>
                <w:sz w:val="19"/>
              </w:rPr>
              <w:br/>
              <w:t>---</w:t>
            </w:r>
            <w:r>
              <w:rPr>
                <w:rFonts w:ascii="Consolas" w:hAnsi="Consolas"/>
                <w:color w:val="1F2328"/>
                <w:sz w:val="19"/>
              </w:rPr>
              <w:br/>
              <w:t># SKILL: PHÂN TÍCH BÁO CÁO TÀI CHÍNH THÁNG</w:t>
            </w:r>
            <w:r>
              <w:rPr>
                <w:rFonts w:ascii="Consolas" w:hAnsi="Consolas"/>
                <w:color w:val="1F2328"/>
                <w:sz w:val="19"/>
              </w:rPr>
              <w:br/>
            </w:r>
            <w:r>
              <w:rPr>
                <w:rFonts w:ascii="Consolas" w:hAnsi="Consolas"/>
                <w:color w:val="1F2328"/>
                <w:sz w:val="19"/>
              </w:rPr>
              <w:br/>
              <w:t>## HƯỚNG DẪN THỰC THI (INSTRUCTIONS)</w:t>
            </w:r>
            <w:r>
              <w:rPr>
                <w:rFonts w:ascii="Consolas" w:hAnsi="Consolas"/>
                <w:color w:val="1F2328"/>
                <w:sz w:val="19"/>
              </w:rPr>
              <w:br/>
              <w:t>1. Đọc dữ liệu từ file Excel được cung cấp.</w:t>
            </w:r>
            <w:r>
              <w:rPr>
                <w:rFonts w:ascii="Consolas" w:hAnsi="Consolas"/>
                <w:color w:val="1F2328"/>
                <w:sz w:val="19"/>
              </w:rPr>
              <w:br/>
              <w:t>2. Kiểm tra tính cân đối Thu - Chi. Nếu chênh lệch &gt; 5%, gắn cờ [CẢNH BÁO RISK].</w:t>
            </w:r>
            <w:r>
              <w:rPr>
                <w:rFonts w:ascii="Consolas" w:hAnsi="Consolas"/>
                <w:color w:val="1F2328"/>
                <w:sz w:val="19"/>
              </w:rPr>
              <w:br/>
              <w:t>3. Xuất kết quả ra file .docx theo mẫu công ty.</w:t>
            </w:r>
          </w:p>
        </w:tc>
      </w:tr>
    </w:tbl>
    <w:p w14:paraId="1F434417" w14:textId="77777777" w:rsidR="00B134CE" w:rsidRDefault="00B134CE">
      <w:pPr>
        <w:spacing w:after="80"/>
      </w:pPr>
    </w:p>
    <w:p w14:paraId="7297F567" w14:textId="77777777" w:rsidR="00B134CE" w:rsidRDefault="00000000">
      <w:pPr>
        <w:pStyle w:val="Heading2"/>
        <w:spacing w:before="280" w:after="120"/>
      </w:pPr>
      <w:r>
        <w:rPr>
          <w:color w:val="2F5496"/>
        </w:rPr>
        <w:t>Bài 13. Artifacts — Sản Phẩm Tương Tác &amp; Mini-Apps</w:t>
      </w:r>
    </w:p>
    <w:p w14:paraId="4AAE6275" w14:textId="77777777" w:rsidR="00B134CE" w:rsidRDefault="00000000">
      <w:r>
        <w:rPr>
          <w:color w:val="333333"/>
        </w:rPr>
        <w:t>Artifacts là các sản phẩm đầu ra độc lập (standalone) hiển thị trong cửa sổ riêng song song với khung chat. Claude hỗ trợ 6 loại Artifacts chính: Documents (.md, .docx), Code snippets, HTML Pages (Mini-apps/Websites), SVG vector graphics, Mermaid Diagrams (Sơ đồ quy trình/Org chart) và React Components.</w:t>
      </w:r>
    </w:p>
    <w:p w14:paraId="1F040E07" w14:textId="77777777" w:rsidR="00B134CE" w:rsidRDefault="00000000">
      <w:r>
        <w:br w:type="page"/>
      </w:r>
    </w:p>
    <w:p w14:paraId="799AEF1E" w14:textId="77777777" w:rsidR="00B134CE" w:rsidRDefault="00000000">
      <w:pPr>
        <w:pStyle w:val="Heading1"/>
        <w:spacing w:before="360" w:after="160"/>
      </w:pPr>
      <w:r>
        <w:rPr>
          <w:color w:val="113867"/>
          <w:sz w:val="32"/>
        </w:rPr>
        <w:lastRenderedPageBreak/>
        <w:t>PHẦN V — CHUYÊN ĐỀ 1: CLAUDE COWORK — ĐẠI LÝ TỰ ĐỘNG HÓA CÔNG VIỆC DÀI HẠN</w:t>
      </w:r>
    </w:p>
    <w:p w14:paraId="47D4442A" w14:textId="77777777" w:rsidR="00B134CE" w:rsidRDefault="00000000">
      <w:pPr>
        <w:pStyle w:val="Heading2"/>
        <w:spacing w:before="280" w:after="120"/>
      </w:pPr>
      <w:r>
        <w:rPr>
          <w:color w:val="2F5496"/>
        </w:rPr>
        <w:t>Bài 14. Kiến Trúc &amp; Cơ Chế Hoạt Động Của Claude Cowork</w:t>
      </w:r>
    </w:p>
    <w:p w14:paraId="3547D93F" w14:textId="77777777" w:rsidR="00B134CE" w:rsidRDefault="00000000">
      <w:r>
        <w:rPr>
          <w:color w:val="333333"/>
        </w:rPr>
        <w:t>Claude Cowork là chế độ Đại lý ủy thác công việc (Agentic Workspace) tích hợp sẵn trong ứng dụng Claude Desktop. Khác với Chat mode vốn hoạt động theo cơ chế hỏi-đáp từng lượt (Turn-driven), Cowork vận hành theo cơ chế hướng mục tiêu (Goal-driven). Bạn giao một mục tiêu lớn (ví dụ: 'Hãy phân tích toàn bộ 20 file báo cáo trong thư mục Q3 và lập bản thuyết trình PowerPoint tổng hợp'), Cowork sẽ tự động lập kế hoạch, phân tách tác vụ, thực thi chuỗi hành động và xuất file trực tiếp trên máy tính của bạn.</w:t>
      </w:r>
    </w:p>
    <w:p w14:paraId="2066257F" w14:textId="77777777" w:rsidR="00B134CE" w:rsidRDefault="00000000">
      <w:pPr>
        <w:pStyle w:val="Heading2"/>
        <w:spacing w:before="280" w:after="120"/>
      </w:pPr>
      <w:r>
        <w:rPr>
          <w:color w:val="2F5496"/>
        </w:rPr>
        <w:t>Bài 15. Tám Tính Năng Cốt Lõi Của Claude Cowork</w:t>
      </w:r>
    </w:p>
    <w:p w14:paraId="09B94A4A" w14:textId="77777777" w:rsidR="00B134CE" w:rsidRDefault="00000000">
      <w:pPr>
        <w:pStyle w:val="ListBullet"/>
        <w:spacing w:after="60"/>
      </w:pPr>
      <w:r>
        <w:rPr>
          <w:b/>
        </w:rPr>
        <w:t>1. Folder Access (Truy cập Thư mục Local):</w:t>
      </w:r>
      <w:r>
        <w:rPr>
          <w:color w:val="333333"/>
        </w:rPr>
        <w:t xml:space="preserve"> Cho phép trỏ Claude vào thư mục cụ thể trên ổ cứng máy tính để đọc, chỉnh sửa và tạo file trực tiếp.</w:t>
      </w:r>
    </w:p>
    <w:p w14:paraId="2463A17F" w14:textId="77777777" w:rsidR="00B134CE" w:rsidRDefault="00000000">
      <w:pPr>
        <w:pStyle w:val="ListBullet"/>
        <w:spacing w:after="60"/>
      </w:pPr>
      <w:r>
        <w:rPr>
          <w:b/>
        </w:rPr>
        <w:t>2. Scheduled Tasks (Tác vụ Theo Lịch):</w:t>
      </w:r>
      <w:r>
        <w:rPr>
          <w:color w:val="333333"/>
        </w:rPr>
        <w:t xml:space="preserve"> Cấu hình cho Claude tự động thực thi công việc theo lịch định kỳ (Hàng ngày, Hàng tuần, Hàng tháng).</w:t>
      </w:r>
    </w:p>
    <w:p w14:paraId="1D3749D9" w14:textId="77777777" w:rsidR="00B134CE" w:rsidRDefault="00000000">
      <w:pPr>
        <w:pStyle w:val="ListBullet"/>
        <w:spacing w:after="60"/>
      </w:pPr>
      <w:r>
        <w:rPr>
          <w:b/>
        </w:rPr>
        <w:t>3. Subagents (Đại lý Phụ Song Song):</w:t>
      </w:r>
      <w:r>
        <w:rPr>
          <w:color w:val="333333"/>
        </w:rPr>
        <w:t xml:space="preserve"> Cowork tự động khởi tạo các đại lý phụ (Subagents) xử lý song song các bài toán con để tối ưu thời gian.</w:t>
      </w:r>
    </w:p>
    <w:p w14:paraId="6D18D2F6" w14:textId="77777777" w:rsidR="00B134CE" w:rsidRDefault="00000000">
      <w:pPr>
        <w:pStyle w:val="ListBullet"/>
        <w:spacing w:after="60"/>
      </w:pPr>
      <w:r>
        <w:rPr>
          <w:b/>
        </w:rPr>
        <w:t>4. Dispatch (Điều Khiển Từ Xa):</w:t>
      </w:r>
      <w:r>
        <w:rPr>
          <w:color w:val="333333"/>
        </w:rPr>
        <w:t xml:space="preserve"> Theo dõi, điều khiển và phê duyệt các tác vụ đang chạy trên máy tính từ xa thông qua ứng dụng Mobile.</w:t>
      </w:r>
    </w:p>
    <w:p w14:paraId="6C620BFE" w14:textId="77777777" w:rsidR="00B134CE" w:rsidRDefault="00000000">
      <w:pPr>
        <w:pStyle w:val="ListBullet"/>
        <w:spacing w:after="60"/>
      </w:pPr>
      <w:r>
        <w:rPr>
          <w:b/>
        </w:rPr>
        <w:t>5. Workspace Projects trong Cowork:</w:t>
      </w:r>
      <w:r>
        <w:rPr>
          <w:color w:val="333333"/>
        </w:rPr>
        <w:t xml:space="preserve"> Gom nhóm file, hướng dẫn và lịch sử chạy tác vụ vào các không gian làm việc cục bộ.</w:t>
      </w:r>
    </w:p>
    <w:p w14:paraId="08730D62" w14:textId="77777777" w:rsidR="00B134CE" w:rsidRDefault="00000000">
      <w:pPr>
        <w:pStyle w:val="ListBullet"/>
        <w:spacing w:after="60"/>
      </w:pPr>
      <w:r>
        <w:rPr>
          <w:b/>
        </w:rPr>
        <w:t>6. Browser Use (Claude for Chrome):</w:t>
      </w:r>
      <w:r>
        <w:rPr>
          <w:color w:val="333333"/>
        </w:rPr>
        <w:t xml:space="preserve"> Tự động mở trình duyệt Chrome, tương tác với các trang web, điền form hoặc thu thập dữ liệu.</w:t>
      </w:r>
    </w:p>
    <w:p w14:paraId="40D510B0" w14:textId="77777777" w:rsidR="00B134CE" w:rsidRDefault="00000000">
      <w:pPr>
        <w:pStyle w:val="ListBullet"/>
        <w:spacing w:after="60"/>
      </w:pPr>
      <w:r>
        <w:rPr>
          <w:b/>
        </w:rPr>
        <w:t>7. Computer Use (Điều Khiển Màn Hình):</w:t>
      </w:r>
      <w:r>
        <w:rPr>
          <w:color w:val="333333"/>
        </w:rPr>
        <w:t xml:space="preserve"> Điều khiển thao tác chuột và phím trên giao diện macOS (dành cho gói Pro/Max/Team).</w:t>
      </w:r>
    </w:p>
    <w:p w14:paraId="48EE1098" w14:textId="77777777" w:rsidR="00B134CE" w:rsidRDefault="00000000">
      <w:pPr>
        <w:pStyle w:val="ListBullet"/>
        <w:spacing w:after="60"/>
      </w:pPr>
      <w:r>
        <w:rPr>
          <w:b/>
        </w:rPr>
        <w:t>8. Specialized Plugins:</w:t>
      </w:r>
      <w:r>
        <w:rPr>
          <w:color w:val="333333"/>
        </w:rPr>
        <w:t xml:space="preserve"> Đóng gói các bộ tích hợp sâu cho từng lĩnh vực chuyên môn (Tài chính, Marketing, Nhân sự).</w:t>
      </w:r>
    </w:p>
    <w:p w14:paraId="6FFF7D32" w14:textId="77777777" w:rsidR="00B134CE" w:rsidRDefault="00000000">
      <w:pPr>
        <w:pStyle w:val="Heading2"/>
        <w:spacing w:before="280" w:after="120"/>
      </w:pPr>
      <w:r>
        <w:rPr>
          <w:color w:val="2F5496"/>
        </w:rPr>
        <w:t>Bài 16. Quy Trình Lập Kế Hoạch &amp; Ranh Giới Bảo Mật Sandbox</w:t>
      </w:r>
    </w:p>
    <w:p w14:paraId="3772C92C" w14:textId="77777777" w:rsidR="00B134CE" w:rsidRDefault="00000000">
      <w:r>
        <w:rPr>
          <w:color w:val="333333"/>
        </w:rPr>
        <w:t>Cowork vận hành trong một môi trường Sandbox cô lập hoàn toàn với hệ thống cốt lõi của hệ điều hành. Cowork chỉ có quyền đọc/ghi trong thư mục được bạn chỉ định rõ ràng và TUYỆT ĐỐI KHÔNG THỂ tự ý xóa file nếu chưa nhận được sự đồng ý trực tiếp của bạn.</w:t>
      </w:r>
    </w:p>
    <w:tbl>
      <w:tblPr>
        <w:tblW w:w="0" w:type="auto"/>
        <w:jc w:val="center"/>
        <w:tblLayout w:type="fixed"/>
        <w:tblLook w:val="04A0" w:firstRow="1" w:lastRow="0" w:firstColumn="1" w:lastColumn="0" w:noHBand="0" w:noVBand="1"/>
      </w:tblPr>
      <w:tblGrid>
        <w:gridCol w:w="2160"/>
        <w:gridCol w:w="3600"/>
        <w:gridCol w:w="3600"/>
      </w:tblGrid>
      <w:tr w:rsidR="00B134CE" w14:paraId="1BC6FABD" w14:textId="77777777">
        <w:trPr>
          <w:jc w:val="center"/>
        </w:trPr>
        <w:tc>
          <w:tcPr>
            <w:tcW w:w="2160" w:type="dxa"/>
            <w:shd w:val="clear" w:color="auto" w:fill="2F5496"/>
            <w:tcMar>
              <w:top w:w="100" w:type="dxa"/>
              <w:left w:w="120" w:type="dxa"/>
              <w:bottom w:w="100" w:type="dxa"/>
              <w:right w:w="120" w:type="dxa"/>
            </w:tcMar>
          </w:tcPr>
          <w:p w14:paraId="499C66F0" w14:textId="77777777" w:rsidR="00B134CE" w:rsidRDefault="00000000">
            <w:pPr>
              <w:spacing w:after="0"/>
            </w:pPr>
            <w:r>
              <w:rPr>
                <w:b/>
                <w:color w:val="FFFFFF"/>
                <w:sz w:val="19"/>
              </w:rPr>
              <w:t>GIAI ĐOẠN</w:t>
            </w:r>
          </w:p>
        </w:tc>
        <w:tc>
          <w:tcPr>
            <w:tcW w:w="3600" w:type="dxa"/>
            <w:shd w:val="clear" w:color="auto" w:fill="2F5496"/>
            <w:tcMar>
              <w:top w:w="100" w:type="dxa"/>
              <w:left w:w="120" w:type="dxa"/>
              <w:bottom w:w="100" w:type="dxa"/>
              <w:right w:w="120" w:type="dxa"/>
            </w:tcMar>
          </w:tcPr>
          <w:p w14:paraId="1025E9BF" w14:textId="77777777" w:rsidR="00B134CE" w:rsidRDefault="00000000">
            <w:pPr>
              <w:spacing w:after="0"/>
            </w:pPr>
            <w:r>
              <w:rPr>
                <w:b/>
                <w:color w:val="FFFFFF"/>
                <w:sz w:val="19"/>
              </w:rPr>
              <w:t>HÀNH ĐỘNG CỦA CLAUDE COWORK</w:t>
            </w:r>
          </w:p>
        </w:tc>
        <w:tc>
          <w:tcPr>
            <w:tcW w:w="3600" w:type="dxa"/>
            <w:shd w:val="clear" w:color="auto" w:fill="2F5496"/>
            <w:tcMar>
              <w:top w:w="100" w:type="dxa"/>
              <w:left w:w="120" w:type="dxa"/>
              <w:bottom w:w="100" w:type="dxa"/>
              <w:right w:w="120" w:type="dxa"/>
            </w:tcMar>
          </w:tcPr>
          <w:p w14:paraId="1984EEB9" w14:textId="77777777" w:rsidR="00B134CE" w:rsidRDefault="00000000">
            <w:pPr>
              <w:spacing w:after="0"/>
            </w:pPr>
            <w:r>
              <w:rPr>
                <w:b/>
                <w:color w:val="FFFFFF"/>
                <w:sz w:val="19"/>
              </w:rPr>
              <w:t>VAI TRÒ KIỂM SOÁT CỦA CON NGƯỜI</w:t>
            </w:r>
          </w:p>
        </w:tc>
      </w:tr>
      <w:tr w:rsidR="00B134CE" w14:paraId="37F5D604" w14:textId="77777777">
        <w:trPr>
          <w:jc w:val="center"/>
        </w:trPr>
        <w:tc>
          <w:tcPr>
            <w:tcW w:w="216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3B8DDBBC" w14:textId="77777777" w:rsidR="00B134CE" w:rsidRDefault="00000000">
            <w:pPr>
              <w:spacing w:after="0"/>
            </w:pPr>
            <w:r>
              <w:rPr>
                <w:color w:val="333333"/>
                <w:sz w:val="18"/>
              </w:rPr>
              <w:t>1. PLAN (Lập kế hoạch)</w:t>
            </w:r>
          </w:p>
        </w:tc>
        <w:tc>
          <w:tcPr>
            <w:tcW w:w="360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4C33822E" w14:textId="77777777" w:rsidR="00B134CE" w:rsidRDefault="00000000">
            <w:pPr>
              <w:spacing w:after="0"/>
            </w:pPr>
            <w:r>
              <w:rPr>
                <w:color w:val="333333"/>
                <w:sz w:val="18"/>
              </w:rPr>
              <w:t>Quét thư mục, phân tích yêu cầu, xuất ra bản kế hoạch từng bước</w:t>
            </w:r>
          </w:p>
        </w:tc>
        <w:tc>
          <w:tcPr>
            <w:tcW w:w="360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6F15F21B" w14:textId="77777777" w:rsidR="00B134CE" w:rsidRDefault="00000000">
            <w:pPr>
              <w:spacing w:after="0"/>
            </w:pPr>
            <w:r>
              <w:rPr>
                <w:color w:val="333333"/>
                <w:sz w:val="18"/>
              </w:rPr>
              <w:t>Đọc kế hoạch, phê duyệt hoặc điều chỉnh các bước thực hiện</w:t>
            </w:r>
          </w:p>
        </w:tc>
      </w:tr>
      <w:tr w:rsidR="00B134CE" w14:paraId="41BBE154" w14:textId="77777777">
        <w:trPr>
          <w:jc w:val="center"/>
        </w:trPr>
        <w:tc>
          <w:tcPr>
            <w:tcW w:w="216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6D2039FB" w14:textId="77777777" w:rsidR="00B134CE" w:rsidRDefault="00000000">
            <w:pPr>
              <w:spacing w:after="0"/>
            </w:pPr>
            <w:r>
              <w:rPr>
                <w:color w:val="333333"/>
                <w:sz w:val="18"/>
              </w:rPr>
              <w:t>2. EXECUTE (Thực thi)</w:t>
            </w:r>
          </w:p>
        </w:tc>
        <w:tc>
          <w:tcPr>
            <w:tcW w:w="360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085D4CEB" w14:textId="77777777" w:rsidR="00B134CE" w:rsidRDefault="00000000">
            <w:pPr>
              <w:spacing w:after="0"/>
            </w:pPr>
            <w:r>
              <w:rPr>
                <w:color w:val="333333"/>
                <w:sz w:val="18"/>
              </w:rPr>
              <w:t>Khởi tạo Subagents, đọc file, xử lý dữ liệu, chạy script</w:t>
            </w:r>
          </w:p>
        </w:tc>
        <w:tc>
          <w:tcPr>
            <w:tcW w:w="360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7E5C9B39" w14:textId="77777777" w:rsidR="00B134CE" w:rsidRDefault="00000000">
            <w:pPr>
              <w:spacing w:after="0"/>
            </w:pPr>
            <w:r>
              <w:rPr>
                <w:color w:val="333333"/>
                <w:sz w:val="18"/>
              </w:rPr>
              <w:t>Giám sát tiến độ qua Dispatch, can thiệp nếu lệch hướng</w:t>
            </w:r>
          </w:p>
        </w:tc>
      </w:tr>
      <w:tr w:rsidR="00B134CE" w14:paraId="7FC9DEDA" w14:textId="77777777">
        <w:trPr>
          <w:jc w:val="center"/>
        </w:trPr>
        <w:tc>
          <w:tcPr>
            <w:tcW w:w="216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FC024A9" w14:textId="77777777" w:rsidR="00B134CE" w:rsidRDefault="00000000">
            <w:pPr>
              <w:spacing w:after="0"/>
            </w:pPr>
            <w:r>
              <w:rPr>
                <w:color w:val="333333"/>
                <w:sz w:val="18"/>
              </w:rPr>
              <w:lastRenderedPageBreak/>
              <w:t>3. REVIEW (Kiểm tra)</w:t>
            </w:r>
          </w:p>
        </w:tc>
        <w:tc>
          <w:tcPr>
            <w:tcW w:w="360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694B5CBB" w14:textId="77777777" w:rsidR="00B134CE" w:rsidRDefault="00000000">
            <w:pPr>
              <w:spacing w:after="0"/>
            </w:pPr>
            <w:r>
              <w:rPr>
                <w:color w:val="333333"/>
                <w:sz w:val="18"/>
              </w:rPr>
              <w:t>Tạo file đầu ra (.xlsx, .docx, .pptx), tổng hợp báo cáo</w:t>
            </w:r>
          </w:p>
        </w:tc>
        <w:tc>
          <w:tcPr>
            <w:tcW w:w="360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0B315D02" w14:textId="77777777" w:rsidR="00B134CE" w:rsidRDefault="00000000">
            <w:pPr>
              <w:spacing w:after="0"/>
            </w:pPr>
            <w:r>
              <w:rPr>
                <w:color w:val="333333"/>
                <w:sz w:val="18"/>
              </w:rPr>
              <w:t>Kiểm tra file thực tế, đối soát số liệu và phê duyệt xuất bản</w:t>
            </w:r>
          </w:p>
        </w:tc>
      </w:tr>
    </w:tbl>
    <w:p w14:paraId="7E775C2F" w14:textId="77777777" w:rsidR="00B134CE" w:rsidRDefault="00B134CE"/>
    <w:p w14:paraId="4418752E" w14:textId="77777777" w:rsidR="00B134CE" w:rsidRDefault="00000000">
      <w:pPr>
        <w:pStyle w:val="Heading2"/>
        <w:spacing w:before="280" w:after="120"/>
      </w:pPr>
      <w:r>
        <w:rPr>
          <w:color w:val="2F5496"/>
        </w:rPr>
        <w:t>Bài 17. Hướng Dẫn Cài Đặt &amp; Tự Động Hóa Báo Cáo Doanh Nghiệp</w:t>
      </w:r>
    </w:p>
    <w:p w14:paraId="79543428" w14:textId="77777777" w:rsidR="00B134CE" w:rsidRDefault="00000000">
      <w:r>
        <w:rPr>
          <w:color w:val="333333"/>
        </w:rPr>
        <w:t>Dưới đây là quy trình từng bước thiết lập Cowork tự động hóa báo cáo tuần cho phòng ban:</w:t>
      </w:r>
    </w:p>
    <w:p w14:paraId="2E61E98E" w14:textId="77777777" w:rsidR="00B134CE" w:rsidRDefault="00000000">
      <w:pPr>
        <w:pStyle w:val="ListBullet"/>
        <w:spacing w:after="60"/>
      </w:pPr>
      <w:r>
        <w:rPr>
          <w:b/>
        </w:rPr>
        <w:t>Bước 1 — Chỉ định Folder:</w:t>
      </w:r>
      <w:r>
        <w:rPr>
          <w:color w:val="333333"/>
        </w:rPr>
        <w:t xml:space="preserve"> Tạo thư mục `C:/Company_Reports/Weekly_Status` chứa các file dữ liệu thô.</w:t>
      </w:r>
    </w:p>
    <w:p w14:paraId="7D49AC59" w14:textId="77777777" w:rsidR="00B134CE" w:rsidRDefault="00000000">
      <w:pPr>
        <w:pStyle w:val="ListBullet"/>
        <w:spacing w:after="60"/>
      </w:pPr>
      <w:r>
        <w:rPr>
          <w:b/>
        </w:rPr>
        <w:t>Bước 2 — Kết nối Cowork:</w:t>
      </w:r>
      <w:r>
        <w:rPr>
          <w:color w:val="333333"/>
        </w:rPr>
        <w:t xml:space="preserve"> Mở Claude Desktop -&gt; Chọn tab Cowork -&gt; Chọn 'Add Folder' và trỏ đến thư mục vừa tạo.</w:t>
      </w:r>
    </w:p>
    <w:p w14:paraId="0E65C247" w14:textId="77777777" w:rsidR="00B134CE" w:rsidRDefault="00000000">
      <w:pPr>
        <w:pStyle w:val="ListBullet"/>
        <w:spacing w:after="60"/>
      </w:pPr>
      <w:r>
        <w:rPr>
          <w:b/>
        </w:rPr>
        <w:t>Bước 3 — Thiết lập Scheduled Task:</w:t>
      </w:r>
      <w:r>
        <w:rPr>
          <w:color w:val="333333"/>
        </w:rPr>
        <w:t xml:space="preserve"> Soạn Brief: 'Mỗi thứ Sáu lúc 16:00, hãy đọc toàn bộ file Excel trong thư mục, tổng hợp thành báo cáo `Weekly_Summary.docx` theo mẫu công ty và tạo bản nháp email báo cáo.'</w:t>
      </w:r>
    </w:p>
    <w:p w14:paraId="70DADFA7" w14:textId="77777777" w:rsidR="00B134CE" w:rsidRDefault="00000000">
      <w:pPr>
        <w:pStyle w:val="ListBullet"/>
        <w:spacing w:after="60"/>
      </w:pPr>
      <w:r>
        <w:rPr>
          <w:b/>
        </w:rPr>
        <w:t>Bước 4 — Kiểm duyệt &amp; Phê duyệt:</w:t>
      </w:r>
      <w:r>
        <w:rPr>
          <w:color w:val="333333"/>
        </w:rPr>
        <w:t xml:space="preserve"> Kiểm tra bản nháp email và file .docx được tạo tự động trên máy trước khi gửi.</w:t>
      </w:r>
    </w:p>
    <w:p w14:paraId="17C2FCE9" w14:textId="77777777" w:rsidR="00B134CE" w:rsidRDefault="00000000">
      <w:r>
        <w:br w:type="page"/>
      </w:r>
    </w:p>
    <w:p w14:paraId="2E6D3835" w14:textId="77777777" w:rsidR="00B134CE" w:rsidRDefault="00000000">
      <w:pPr>
        <w:pStyle w:val="Heading1"/>
        <w:spacing w:before="360" w:after="160"/>
      </w:pPr>
      <w:r>
        <w:rPr>
          <w:color w:val="113867"/>
          <w:sz w:val="32"/>
        </w:rPr>
        <w:lastRenderedPageBreak/>
        <w:t>PHẦN VI — CHUYÊN ĐỀ 2: CLAUDE CODE — ĐẠI LÝ LẬP TRÌNH VÀ PHÁT TRIỂN PHẦN MỀM</w:t>
      </w:r>
    </w:p>
    <w:p w14:paraId="2F12209F" w14:textId="77777777" w:rsidR="00B134CE" w:rsidRDefault="00000000">
      <w:pPr>
        <w:pStyle w:val="Heading2"/>
        <w:spacing w:before="280" w:after="120"/>
      </w:pPr>
      <w:r>
        <w:rPr>
          <w:color w:val="2F5496"/>
        </w:rPr>
        <w:t>Bài 18. Tổng Quan Claude Code CLI &amp; Môi Trường Lập Trình Đại Lý</w:t>
      </w:r>
    </w:p>
    <w:p w14:paraId="657A45A8" w14:textId="77777777" w:rsidR="00B134CE" w:rsidRDefault="00000000">
      <w:r>
        <w:rPr>
          <w:color w:val="333333"/>
        </w:rPr>
        <w:t>Claude Code là công cụ lập trình đại lý (Agentic Coding Tool) hoạt động trực tiếp trong Terminal, IDE (VS Code, Cursor) hoặc môi trường Git. Khác với các công cụ AI autocompletion thông thường (chỉ gợi ý vài dòng code), Claude Code có khả năng đọc hiểu toàn bộ codebase hàng trăm nghìn dòng, tự động tìm kiếm file liên quan, sửa đổi nhiều file đồng thời, chạy lệnh test trong Terminal và tự khắc phục lỗi nếu test thất bại.</w:t>
      </w:r>
    </w:p>
    <w:p w14:paraId="1ECF2C54" w14:textId="77777777" w:rsidR="00B134CE" w:rsidRDefault="00000000">
      <w:pPr>
        <w:pStyle w:val="Heading2"/>
        <w:spacing w:before="280" w:after="120"/>
      </w:pPr>
      <w:r>
        <w:rPr>
          <w:color w:val="2F5496"/>
        </w:rPr>
        <w:t>Bài 19. Ba Chế Độ Tương Tác &amp; Quy Trình Git Workflow</w:t>
      </w:r>
    </w:p>
    <w:p w14:paraId="0CE45462" w14:textId="77777777" w:rsidR="00B134CE" w:rsidRDefault="00000000">
      <w:pPr>
        <w:pStyle w:val="ListBullet"/>
        <w:spacing w:after="60"/>
      </w:pPr>
      <w:r>
        <w:rPr>
          <w:b/>
        </w:rPr>
        <w:t>1. Chế độ ASK (Hỏi - Đáp):</w:t>
      </w:r>
      <w:r>
        <w:rPr>
          <w:color w:val="333333"/>
        </w:rPr>
        <w:t xml:space="preserve"> Claude giải thích kiến trúc code, tìm kiếm nơi định nghĩa hàm hoặc giải thích luồng dữ liệu mà không sửa đổi file.</w:t>
      </w:r>
    </w:p>
    <w:p w14:paraId="2E85DA1E" w14:textId="77777777" w:rsidR="00B134CE" w:rsidRDefault="00000000">
      <w:pPr>
        <w:pStyle w:val="ListBullet"/>
        <w:spacing w:after="60"/>
      </w:pPr>
      <w:r>
        <w:rPr>
          <w:b/>
        </w:rPr>
        <w:t>2. Chế độ CODE (Thực thi Mã):</w:t>
      </w:r>
      <w:r>
        <w:rPr>
          <w:color w:val="333333"/>
        </w:rPr>
        <w:t xml:space="preserve"> Claude tự động chỉnh sửa file code, tạo file mới, refactor hàm và viết unit tests.</w:t>
      </w:r>
    </w:p>
    <w:p w14:paraId="600D724F" w14:textId="77777777" w:rsidR="00B134CE" w:rsidRDefault="00000000">
      <w:pPr>
        <w:pStyle w:val="ListBullet"/>
        <w:spacing w:after="60"/>
      </w:pPr>
      <w:r>
        <w:rPr>
          <w:b/>
        </w:rPr>
        <w:t>3. Chế độ PLAN (Lập Kế Hoạch):</w:t>
      </w:r>
      <w:r>
        <w:rPr>
          <w:color w:val="333333"/>
        </w:rPr>
        <w:t xml:space="preserve"> Claude lập bản kế hoạch kiến trúc chi tiết (Plan) trước khi tiến hành sửa đổi mã nguồn lớn.</w:t>
      </w:r>
    </w:p>
    <w:p w14:paraId="7EE7307D" w14:textId="77777777" w:rsidR="00B134CE" w:rsidRDefault="00000000">
      <w:r>
        <w:rPr>
          <w:color w:val="333333"/>
        </w:rPr>
        <w:t>Claude Code tích hợp sâu với Git: hiển thị Visual Diffs (so sánh dòng code thay đổi trực quan), tự động tạo Git Commit message chuẩn mực theo vạch thay đổi, và khởi tạo Pull Request (PR) trực tiếp lên GitHub/GitLab.</w:t>
      </w:r>
    </w:p>
    <w:p w14:paraId="063C2BEB" w14:textId="77777777" w:rsidR="00B134CE" w:rsidRDefault="00000000">
      <w:pPr>
        <w:pStyle w:val="Heading2"/>
        <w:spacing w:before="280" w:after="120"/>
      </w:pPr>
      <w:r>
        <w:rPr>
          <w:color w:val="2F5496"/>
        </w:rPr>
        <w:t>Bài 20. Extended Thinking Trong Lập Trình: Từ `think` Đến `ultrathink`</w:t>
      </w:r>
    </w:p>
    <w:p w14:paraId="4D6D7744" w14:textId="77777777" w:rsidR="00B134CE" w:rsidRDefault="00000000">
      <w:r>
        <w:rPr>
          <w:color w:val="333333"/>
        </w:rPr>
        <w:t>Trong môi trường Claude Code CLI, bạn có thể điều phối mức độ suy luận sâu của AI bằng các từ khóa phân cấp token suy nghĩ nội bộ:</w:t>
      </w:r>
    </w:p>
    <w:tbl>
      <w:tblPr>
        <w:tblW w:w="0" w:type="auto"/>
        <w:jc w:val="center"/>
        <w:tblLayout w:type="fixed"/>
        <w:tblLook w:val="04A0" w:firstRow="1" w:lastRow="0" w:firstColumn="1" w:lastColumn="0" w:noHBand="0" w:noVBand="1"/>
      </w:tblPr>
      <w:tblGrid>
        <w:gridCol w:w="9360"/>
      </w:tblGrid>
      <w:tr w:rsidR="00B134CE" w14:paraId="414B685E" w14:textId="77777777">
        <w:trPr>
          <w:jc w:val="center"/>
        </w:trPr>
        <w:tc>
          <w:tcPr>
            <w:tcW w:w="9360" w:type="dxa"/>
            <w:tcBorders>
              <w:top w:val="single" w:sz="4" w:space="0" w:color="D0D7DE"/>
              <w:left w:val="single" w:sz="4" w:space="0" w:color="D0D7DE"/>
              <w:bottom w:val="single" w:sz="4" w:space="0" w:color="D0D7DE"/>
              <w:right w:val="single" w:sz="4" w:space="0" w:color="D0D7DE"/>
            </w:tcBorders>
            <w:shd w:val="clear" w:color="auto" w:fill="F8F9FA"/>
            <w:tcMar>
              <w:top w:w="100" w:type="dxa"/>
              <w:left w:w="150" w:type="dxa"/>
              <w:bottom w:w="100" w:type="dxa"/>
              <w:right w:w="150" w:type="dxa"/>
            </w:tcMar>
          </w:tcPr>
          <w:p w14:paraId="7B853B93" w14:textId="77777777" w:rsidR="00B134CE" w:rsidRDefault="00000000">
            <w:pPr>
              <w:spacing w:after="0"/>
            </w:pPr>
            <w:r>
              <w:rPr>
                <w:rFonts w:ascii="Consolas" w:hAnsi="Consolas"/>
                <w:color w:val="1F2328"/>
                <w:sz w:val="19"/>
              </w:rPr>
              <w:t>VÍ DỤ LỆNH SUY LUẬN TRONG CLAUDE CODE CLI:</w:t>
            </w:r>
            <w:r>
              <w:rPr>
                <w:rFonts w:ascii="Consolas" w:hAnsi="Consolas"/>
                <w:color w:val="1F2328"/>
                <w:sz w:val="19"/>
              </w:rPr>
              <w:br/>
            </w:r>
            <w:r>
              <w:rPr>
                <w:rFonts w:ascii="Consolas" w:hAnsi="Consolas"/>
                <w:color w:val="1F2328"/>
                <w:sz w:val="19"/>
              </w:rPr>
              <w:br/>
              <w:t># 1. Tác vụ đơn giản (Logic nhẹ)</w:t>
            </w:r>
            <w:r>
              <w:rPr>
                <w:rFonts w:ascii="Consolas" w:hAnsi="Consolas"/>
                <w:color w:val="1F2328"/>
                <w:sz w:val="19"/>
              </w:rPr>
              <w:br/>
              <w:t>&gt; claude "think: Hãy thêm validate email cho form đăng ký trong file auth.py"</w:t>
            </w:r>
            <w:r>
              <w:rPr>
                <w:rFonts w:ascii="Consolas" w:hAnsi="Consolas"/>
                <w:color w:val="1F2328"/>
                <w:sz w:val="19"/>
              </w:rPr>
              <w:br/>
            </w:r>
            <w:r>
              <w:rPr>
                <w:rFonts w:ascii="Consolas" w:hAnsi="Consolas"/>
                <w:color w:val="1F2328"/>
                <w:sz w:val="19"/>
              </w:rPr>
              <w:br/>
              <w:t># 2. Refactor hàm phức tạp</w:t>
            </w:r>
            <w:r>
              <w:rPr>
                <w:rFonts w:ascii="Consolas" w:hAnsi="Consolas"/>
                <w:color w:val="1F2328"/>
                <w:sz w:val="19"/>
              </w:rPr>
              <w:br/>
              <w:t>&gt; claude "think hard: Refactor lại module payment_gateway.py để hỗ trợ Stripe và PayPal"</w:t>
            </w:r>
            <w:r>
              <w:rPr>
                <w:rFonts w:ascii="Consolas" w:hAnsi="Consolas"/>
                <w:color w:val="1F2328"/>
                <w:sz w:val="19"/>
              </w:rPr>
              <w:br/>
            </w:r>
            <w:r>
              <w:rPr>
                <w:rFonts w:ascii="Consolas" w:hAnsi="Consolas"/>
                <w:color w:val="1F2328"/>
                <w:sz w:val="19"/>
              </w:rPr>
              <w:br/>
              <w:t># 3. Lập kế hoạch kiến trúc &amp; Audit bảo mật tối cao</w:t>
            </w:r>
            <w:r>
              <w:rPr>
                <w:rFonts w:ascii="Consolas" w:hAnsi="Consolas"/>
                <w:color w:val="1F2328"/>
                <w:sz w:val="19"/>
              </w:rPr>
              <w:br/>
              <w:t xml:space="preserve">&gt; claude "ultrathink: Audit toàn bộ mã nguồn thư mục /security và lập kế hoạch khắc phục lỗ hổng SQL Injection" </w:t>
            </w:r>
          </w:p>
        </w:tc>
      </w:tr>
    </w:tbl>
    <w:p w14:paraId="04EFC2A2" w14:textId="77777777" w:rsidR="00B134CE" w:rsidRDefault="00B134CE">
      <w:pPr>
        <w:spacing w:after="80"/>
      </w:pPr>
    </w:p>
    <w:p w14:paraId="7D0A6437" w14:textId="77777777" w:rsidR="00B134CE" w:rsidRDefault="00000000">
      <w:pPr>
        <w:pStyle w:val="Heading2"/>
        <w:spacing w:before="280" w:after="120"/>
      </w:pPr>
      <w:r>
        <w:rPr>
          <w:color w:val="2F5496"/>
        </w:rPr>
        <w:t>Bài 21. Chiến Lược Refactoring Codebase Lớn &amp; Bảo Mật Mã Nguồn</w:t>
      </w:r>
    </w:p>
    <w:p w14:paraId="12B387FF" w14:textId="77777777" w:rsidR="00B134CE" w:rsidRDefault="00000000">
      <w:r>
        <w:rPr>
          <w:color w:val="333333"/>
        </w:rPr>
        <w:t>Khi làm việc với các dự án lớn (Legacy Codebase), hãy áp dụng chiến lược 3 bước:</w:t>
      </w:r>
    </w:p>
    <w:p w14:paraId="0C74F86A" w14:textId="77777777" w:rsidR="00B134CE" w:rsidRDefault="00000000">
      <w:pPr>
        <w:pStyle w:val="ListBullet"/>
        <w:spacing w:after="60"/>
      </w:pPr>
      <w:r>
        <w:rPr>
          <w:b/>
        </w:rPr>
        <w:lastRenderedPageBreak/>
        <w:t>1. Định vị kiến trúc:</w:t>
      </w:r>
      <w:r>
        <w:rPr>
          <w:color w:val="333333"/>
        </w:rPr>
        <w:t xml:space="preserve"> Dùng lệnh `claude "ask: Hãy giải thích cấu trúc thư mục và luồng xử lý chính của dự án này"` để Claude nắm bản đồ mã nguồn.</w:t>
      </w:r>
    </w:p>
    <w:p w14:paraId="7E6AA583" w14:textId="77777777" w:rsidR="00B134CE" w:rsidRDefault="00000000">
      <w:pPr>
        <w:pStyle w:val="ListBullet"/>
        <w:spacing w:after="60"/>
      </w:pPr>
      <w:r>
        <w:rPr>
          <w:b/>
        </w:rPr>
        <w:t>2. Khởi tạo Plan:</w:t>
      </w:r>
      <w:r>
        <w:rPr>
          <w:color w:val="333333"/>
        </w:rPr>
        <w:t xml:space="preserve"> Luôn bắt Claude lập kế hoạch chỉnh sửa trước: `claude "plan: Hãy lập kế hoạch migrate database từ PostgreSQL sang MySQL"`.</w:t>
      </w:r>
    </w:p>
    <w:p w14:paraId="5C5C9CD5" w14:textId="77777777" w:rsidR="00B134CE" w:rsidRDefault="00000000">
      <w:pPr>
        <w:pStyle w:val="ListBullet"/>
        <w:spacing w:after="60"/>
      </w:pPr>
      <w:r>
        <w:rPr>
          <w:b/>
        </w:rPr>
        <w:t>3. Kiểm thử liên tục:</w:t>
      </w:r>
      <w:r>
        <w:rPr>
          <w:color w:val="333333"/>
        </w:rPr>
        <w:t xml:space="preserve"> Yêu cầu Claude chạy unit tests sau mỗi lần sửa đổi để đảm bảo không phá vỡ các tính năng hiện có.</w:t>
      </w:r>
    </w:p>
    <w:p w14:paraId="67F97629" w14:textId="77777777" w:rsidR="00B134CE" w:rsidRDefault="00000000">
      <w:r>
        <w:br w:type="page"/>
      </w:r>
    </w:p>
    <w:p w14:paraId="6836FA7A" w14:textId="77777777" w:rsidR="00B134CE" w:rsidRDefault="00000000">
      <w:pPr>
        <w:pStyle w:val="Heading1"/>
        <w:spacing w:before="360" w:after="160"/>
      </w:pPr>
      <w:r>
        <w:rPr>
          <w:color w:val="113867"/>
          <w:sz w:val="32"/>
        </w:rPr>
        <w:lastRenderedPageBreak/>
        <w:t>PHẦN VII — HỆ SINH THÁI MỞ RỘNG (MCP, CONNECTORS &amp; ENTERPRISE SEARCH)</w:t>
      </w:r>
    </w:p>
    <w:p w14:paraId="203416A1" w14:textId="77777777" w:rsidR="00B134CE" w:rsidRDefault="00000000">
      <w:pPr>
        <w:pStyle w:val="Heading2"/>
        <w:spacing w:before="280" w:after="120"/>
      </w:pPr>
      <w:r>
        <w:rPr>
          <w:color w:val="2F5496"/>
        </w:rPr>
        <w:t>Bài 22. Model Context Protocol (MCP) &amp; Connectors</w:t>
      </w:r>
    </w:p>
    <w:p w14:paraId="0954DF15" w14:textId="77777777" w:rsidR="00B134CE" w:rsidRDefault="00000000">
      <w:r>
        <w:rPr>
          <w:color w:val="333333"/>
        </w:rPr>
        <w:t>MCP (Model Context Protocol) được ví như chuẩn 'USB-C cho Trí tuệ nhân tạo' do Anthropic phát triển mở. MCP cho phép kết nối Claude với bất kỳ hệ thống dữ liệu hay ứng dụng bên ngoài nào (Google Drive, Slack, Notion, Jira, Gmail, Salesforce) theo cơ chế phân quyền giới hạn (Scoped Access). Dữ liệu hoàn toàn nằm tại nguồn và chỉ được truy xuất khi có yêu cầu từ người dùng.</w:t>
      </w:r>
    </w:p>
    <w:p w14:paraId="17FECBC6" w14:textId="77777777" w:rsidR="00B134CE" w:rsidRDefault="00000000">
      <w:pPr>
        <w:pStyle w:val="Heading2"/>
        <w:spacing w:before="280" w:after="120"/>
      </w:pPr>
      <w:r>
        <w:rPr>
          <w:color w:val="2F5496"/>
        </w:rPr>
        <w:t>Bài 23. Enterprise Search &amp; Research Mode</w:t>
      </w:r>
    </w:p>
    <w:p w14:paraId="24DC25AD" w14:textId="77777777" w:rsidR="00B134CE" w:rsidRDefault="00000000">
      <w:pPr>
        <w:pStyle w:val="ListBullet"/>
        <w:spacing w:after="60"/>
      </w:pPr>
      <w:r>
        <w:rPr>
          <w:b/>
        </w:rPr>
        <w:t>• Enterprise Search:</w:t>
      </w:r>
      <w:r>
        <w:rPr>
          <w:color w:val="333333"/>
        </w:rPr>
        <w:t xml:space="preserve"> Tính năng 'Ask [Org Name]' cho phép tìm kiếm trực tiếp tri thức trên toàn bộ ứng dụng doanh nghiệp (Slack, Drive, Notion, Jira) theo đúng phân quyền tài khoản của bạn mà không cần tạo index riêng.</w:t>
      </w:r>
    </w:p>
    <w:p w14:paraId="2C9E20E9" w14:textId="77777777" w:rsidR="00B134CE" w:rsidRDefault="00000000">
      <w:pPr>
        <w:pStyle w:val="ListBullet"/>
        <w:spacing w:after="60"/>
      </w:pPr>
      <w:r>
        <w:rPr>
          <w:b/>
        </w:rPr>
        <w:t>• Research Mode:</w:t>
      </w:r>
      <w:r>
        <w:rPr>
          <w:color w:val="333333"/>
        </w:rPr>
        <w:t xml:space="preserve"> Kích hoạt chế độ nghiên cứu hệ thống. Claude tự động đào sâu 20-50+ nguồn tin uy tín trên Internet, tổng hợp báo cáo chuyên sâu 3-5 trang kèm trích dẫn nguồn (Citations) chính xác.</w:t>
      </w:r>
    </w:p>
    <w:p w14:paraId="496153ED" w14:textId="77777777" w:rsidR="00B134CE" w:rsidRDefault="00000000">
      <w:pPr>
        <w:pStyle w:val="Heading2"/>
        <w:spacing w:before="280" w:after="120"/>
      </w:pPr>
      <w:r>
        <w:rPr>
          <w:color w:val="2F5496"/>
        </w:rPr>
        <w:t>Bài 24. Claude Design — Thiết Kế Trực Quan &amp; Token Economics</w:t>
      </w:r>
    </w:p>
    <w:p w14:paraId="35DD774D" w14:textId="77777777" w:rsidR="00B134CE" w:rsidRDefault="00000000">
      <w:r>
        <w:rPr>
          <w:color w:val="333333"/>
        </w:rPr>
        <w:t>Claude Design (ra mắt 2026) cho phép khởi tạo trực tiếp các sản phẩm giao diện trực quan như UI Prototype, Slide deck, Landing page, Animation và Launch video. Hãy ghi nhớ bảng quản trị hạn ngạch Token dưới đây:</w:t>
      </w:r>
    </w:p>
    <w:tbl>
      <w:tblPr>
        <w:tblW w:w="0" w:type="auto"/>
        <w:jc w:val="center"/>
        <w:tblLayout w:type="fixed"/>
        <w:tblLook w:val="04A0" w:firstRow="1" w:lastRow="0" w:firstColumn="1" w:lastColumn="0" w:noHBand="0" w:noVBand="1"/>
      </w:tblPr>
      <w:tblGrid>
        <w:gridCol w:w="3168"/>
        <w:gridCol w:w="3312"/>
        <w:gridCol w:w="2880"/>
      </w:tblGrid>
      <w:tr w:rsidR="00B134CE" w14:paraId="1A51497B" w14:textId="77777777">
        <w:trPr>
          <w:jc w:val="center"/>
        </w:trPr>
        <w:tc>
          <w:tcPr>
            <w:tcW w:w="3168" w:type="dxa"/>
            <w:shd w:val="clear" w:color="auto" w:fill="2F5496"/>
            <w:tcMar>
              <w:top w:w="100" w:type="dxa"/>
              <w:left w:w="120" w:type="dxa"/>
              <w:bottom w:w="100" w:type="dxa"/>
              <w:right w:w="120" w:type="dxa"/>
            </w:tcMar>
          </w:tcPr>
          <w:p w14:paraId="0C369466" w14:textId="77777777" w:rsidR="00B134CE" w:rsidRDefault="00000000">
            <w:pPr>
              <w:spacing w:after="0"/>
            </w:pPr>
            <w:r>
              <w:rPr>
                <w:b/>
                <w:color w:val="FFFFFF"/>
                <w:sz w:val="19"/>
              </w:rPr>
              <w:t>HÀNH ĐỘNG THIẾT KẾ</w:t>
            </w:r>
          </w:p>
        </w:tc>
        <w:tc>
          <w:tcPr>
            <w:tcW w:w="3312" w:type="dxa"/>
            <w:shd w:val="clear" w:color="auto" w:fill="2F5496"/>
            <w:tcMar>
              <w:top w:w="100" w:type="dxa"/>
              <w:left w:w="120" w:type="dxa"/>
              <w:bottom w:w="100" w:type="dxa"/>
              <w:right w:w="120" w:type="dxa"/>
            </w:tcMar>
          </w:tcPr>
          <w:p w14:paraId="24E7D536" w14:textId="77777777" w:rsidR="00B134CE" w:rsidRDefault="00000000">
            <w:pPr>
              <w:spacing w:after="0"/>
            </w:pPr>
            <w:r>
              <w:rPr>
                <w:b/>
                <w:color w:val="FFFFFF"/>
                <w:sz w:val="19"/>
              </w:rPr>
              <w:t>TỶ LỆ TIÊU TỐN HẠN NGẠCH AI (PRO/TEAM)</w:t>
            </w:r>
          </w:p>
        </w:tc>
        <w:tc>
          <w:tcPr>
            <w:tcW w:w="2880" w:type="dxa"/>
            <w:shd w:val="clear" w:color="auto" w:fill="2F5496"/>
            <w:tcMar>
              <w:top w:w="100" w:type="dxa"/>
              <w:left w:w="120" w:type="dxa"/>
              <w:bottom w:w="100" w:type="dxa"/>
              <w:right w:w="120" w:type="dxa"/>
            </w:tcMar>
          </w:tcPr>
          <w:p w14:paraId="6CEB4F62" w14:textId="77777777" w:rsidR="00B134CE" w:rsidRDefault="00000000">
            <w:pPr>
              <w:spacing w:after="0"/>
            </w:pPr>
            <w:r>
              <w:rPr>
                <w:b/>
                <w:color w:val="FFFFFF"/>
                <w:sz w:val="19"/>
              </w:rPr>
              <w:t>ĐÁNH GIÁ MỨC ĐỘ TIẾT KIỆM</w:t>
            </w:r>
          </w:p>
        </w:tc>
      </w:tr>
      <w:tr w:rsidR="00B134CE" w14:paraId="2F36D05C" w14:textId="77777777">
        <w:trPr>
          <w:jc w:val="center"/>
        </w:trPr>
        <w:tc>
          <w:tcPr>
            <w:tcW w:w="3168"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3B7CB64C" w14:textId="77777777" w:rsidR="00B134CE" w:rsidRDefault="00000000">
            <w:pPr>
              <w:spacing w:after="0"/>
            </w:pPr>
            <w:r>
              <w:rPr>
                <w:color w:val="333333"/>
                <w:sz w:val="18"/>
              </w:rPr>
              <w:t>Tweaks Sliders (Density, Color)</w:t>
            </w:r>
          </w:p>
        </w:tc>
        <w:tc>
          <w:tcPr>
            <w:tcW w:w="3312"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3A6A4771" w14:textId="77777777" w:rsidR="00B134CE" w:rsidRDefault="00000000">
            <w:pPr>
              <w:spacing w:after="0"/>
            </w:pPr>
            <w:r>
              <w:rPr>
                <w:color w:val="333333"/>
                <w:sz w:val="18"/>
              </w:rPr>
              <w:t>0% (Xử lý trực tiếp qua CSS Variable)</w:t>
            </w:r>
          </w:p>
        </w:tc>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1A439EFB" w14:textId="77777777" w:rsidR="00B134CE" w:rsidRDefault="00000000">
            <w:pPr>
              <w:spacing w:after="0"/>
            </w:pPr>
            <w:r>
              <w:rPr>
                <w:color w:val="333333"/>
                <w:sz w:val="18"/>
              </w:rPr>
              <w:t>Cực kỳ tiết kiệm (Miễn phí)</w:t>
            </w:r>
          </w:p>
        </w:tc>
      </w:tr>
      <w:tr w:rsidR="00B134CE" w14:paraId="129DFD3D" w14:textId="77777777">
        <w:trPr>
          <w:jc w:val="center"/>
        </w:trPr>
        <w:tc>
          <w:tcPr>
            <w:tcW w:w="3168"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64E436B5" w14:textId="77777777" w:rsidR="00B134CE" w:rsidRDefault="00000000">
            <w:pPr>
              <w:spacing w:after="0"/>
            </w:pPr>
            <w:r>
              <w:rPr>
                <w:color w:val="333333"/>
                <w:sz w:val="18"/>
              </w:rPr>
              <w:t>Edit Inline (Sửa typo, padding)</w:t>
            </w:r>
          </w:p>
        </w:tc>
        <w:tc>
          <w:tcPr>
            <w:tcW w:w="3312"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22139D11" w14:textId="77777777" w:rsidR="00B134CE" w:rsidRDefault="00000000">
            <w:pPr>
              <w:spacing w:after="0"/>
            </w:pPr>
            <w:r>
              <w:rPr>
                <w:color w:val="333333"/>
                <w:sz w:val="18"/>
              </w:rPr>
              <w:t>0.1% - 0.5%</w:t>
            </w:r>
          </w:p>
        </w:tc>
        <w:tc>
          <w:tcPr>
            <w:tcW w:w="28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657D4A73" w14:textId="77777777" w:rsidR="00B134CE" w:rsidRDefault="00000000">
            <w:pPr>
              <w:spacing w:after="0"/>
            </w:pPr>
            <w:r>
              <w:rPr>
                <w:color w:val="333333"/>
                <w:sz w:val="18"/>
              </w:rPr>
              <w:t>Rất tiết kiệm</w:t>
            </w:r>
          </w:p>
        </w:tc>
      </w:tr>
      <w:tr w:rsidR="00B134CE" w14:paraId="65CB215D" w14:textId="77777777">
        <w:trPr>
          <w:jc w:val="center"/>
        </w:trPr>
        <w:tc>
          <w:tcPr>
            <w:tcW w:w="3168"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208D05F" w14:textId="77777777" w:rsidR="00B134CE" w:rsidRDefault="00000000">
            <w:pPr>
              <w:spacing w:after="0"/>
            </w:pPr>
            <w:r>
              <w:rPr>
                <w:color w:val="333333"/>
                <w:sz w:val="18"/>
              </w:rPr>
              <w:t>Comment Batch (3-5 góp ý / lượt)</w:t>
            </w:r>
          </w:p>
        </w:tc>
        <w:tc>
          <w:tcPr>
            <w:tcW w:w="3312"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372EA3BB" w14:textId="77777777" w:rsidR="00B134CE" w:rsidRDefault="00000000">
            <w:pPr>
              <w:spacing w:after="0"/>
            </w:pPr>
            <w:r>
              <w:rPr>
                <w:color w:val="333333"/>
                <w:sz w:val="18"/>
              </w:rPr>
              <w:t>1% - 2%</w:t>
            </w:r>
          </w:p>
        </w:tc>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134C00E6" w14:textId="77777777" w:rsidR="00B134CE" w:rsidRDefault="00000000">
            <w:pPr>
              <w:spacing w:after="0"/>
            </w:pPr>
            <w:r>
              <w:rPr>
                <w:color w:val="333333"/>
                <w:sz w:val="18"/>
              </w:rPr>
              <w:t>Tiết kiệm 60% so với sửa lẻ</w:t>
            </w:r>
          </w:p>
        </w:tc>
      </w:tr>
      <w:tr w:rsidR="00B134CE" w14:paraId="477621B4" w14:textId="77777777">
        <w:trPr>
          <w:jc w:val="center"/>
        </w:trPr>
        <w:tc>
          <w:tcPr>
            <w:tcW w:w="3168"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3CCBD443" w14:textId="77777777" w:rsidR="00B134CE" w:rsidRDefault="00000000">
            <w:pPr>
              <w:spacing w:after="0"/>
            </w:pPr>
            <w:r>
              <w:rPr>
                <w:color w:val="333333"/>
                <w:sz w:val="18"/>
              </w:rPr>
              <w:t>Khởi tạo Prototype / Landing Page</w:t>
            </w:r>
          </w:p>
        </w:tc>
        <w:tc>
          <w:tcPr>
            <w:tcW w:w="3312"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729AE242" w14:textId="77777777" w:rsidR="00B134CE" w:rsidRDefault="00000000">
            <w:pPr>
              <w:spacing w:after="0"/>
            </w:pPr>
            <w:r>
              <w:rPr>
                <w:color w:val="333333"/>
                <w:sz w:val="18"/>
              </w:rPr>
              <w:t>5% - 8%</w:t>
            </w:r>
          </w:p>
        </w:tc>
        <w:tc>
          <w:tcPr>
            <w:tcW w:w="28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3AE6E89A" w14:textId="77777777" w:rsidR="00B134CE" w:rsidRDefault="00000000">
            <w:pPr>
              <w:spacing w:after="0"/>
            </w:pPr>
            <w:r>
              <w:rPr>
                <w:color w:val="333333"/>
                <w:sz w:val="18"/>
              </w:rPr>
              <w:t>Mức tiêu thụ tiêu chuẩn</w:t>
            </w:r>
          </w:p>
        </w:tc>
      </w:tr>
      <w:tr w:rsidR="00B134CE" w14:paraId="0CB89FE8" w14:textId="77777777">
        <w:trPr>
          <w:jc w:val="center"/>
        </w:trPr>
        <w:tc>
          <w:tcPr>
            <w:tcW w:w="3168"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19F7D45A" w14:textId="77777777" w:rsidR="00B134CE" w:rsidRDefault="00000000">
            <w:pPr>
              <w:spacing w:after="0"/>
            </w:pPr>
            <w:r>
              <w:rPr>
                <w:color w:val="333333"/>
                <w:sz w:val="18"/>
              </w:rPr>
              <w:t>Audit Design System (50+ trang)</w:t>
            </w:r>
          </w:p>
        </w:tc>
        <w:tc>
          <w:tcPr>
            <w:tcW w:w="3312"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39A51FE" w14:textId="77777777" w:rsidR="00B134CE" w:rsidRDefault="00000000">
            <w:pPr>
              <w:spacing w:after="0"/>
            </w:pPr>
            <w:r>
              <w:rPr>
                <w:color w:val="333333"/>
                <w:sz w:val="18"/>
              </w:rPr>
              <w:t>15% - 25%</w:t>
            </w:r>
          </w:p>
        </w:tc>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62485A2F" w14:textId="77777777" w:rsidR="00B134CE" w:rsidRDefault="00000000">
            <w:pPr>
              <w:spacing w:after="0"/>
            </w:pPr>
            <w:r>
              <w:rPr>
                <w:color w:val="333333"/>
                <w:sz w:val="18"/>
              </w:rPr>
              <w:t>Tác vụ nặng (Cần cân nhắc)</w:t>
            </w:r>
          </w:p>
        </w:tc>
      </w:tr>
    </w:tbl>
    <w:p w14:paraId="21DB512A" w14:textId="77777777" w:rsidR="00B134CE" w:rsidRDefault="00B134CE"/>
    <w:p w14:paraId="75C56F7A" w14:textId="77777777" w:rsidR="00B134CE" w:rsidRDefault="00000000">
      <w:r>
        <w:br w:type="page"/>
      </w:r>
    </w:p>
    <w:p w14:paraId="32529681" w14:textId="77777777" w:rsidR="00B134CE" w:rsidRDefault="00000000">
      <w:pPr>
        <w:pStyle w:val="Heading1"/>
        <w:spacing w:before="360" w:after="160"/>
      </w:pPr>
      <w:r>
        <w:rPr>
          <w:color w:val="113867"/>
          <w:sz w:val="32"/>
        </w:rPr>
        <w:lastRenderedPageBreak/>
        <w:t>PHẦN VIII — BỘ MẪU THỰC HÀNH PASTE-READY &amp; PHỤ LỤC TOÀN DIỆN</w:t>
      </w:r>
    </w:p>
    <w:p w14:paraId="25649E05" w14:textId="77777777" w:rsidR="00B134CE" w:rsidRDefault="00000000">
      <w:pPr>
        <w:pStyle w:val="Heading2"/>
        <w:spacing w:before="280" w:after="120"/>
      </w:pPr>
      <w:r>
        <w:rPr>
          <w:color w:val="2F5496"/>
        </w:rPr>
        <w:t>1. Template Project Instructions Chuẩn Doanh Nghiệp</w:t>
      </w:r>
    </w:p>
    <w:tbl>
      <w:tblPr>
        <w:tblW w:w="0" w:type="auto"/>
        <w:jc w:val="center"/>
        <w:tblLayout w:type="fixed"/>
        <w:tblLook w:val="04A0" w:firstRow="1" w:lastRow="0" w:firstColumn="1" w:lastColumn="0" w:noHBand="0" w:noVBand="1"/>
      </w:tblPr>
      <w:tblGrid>
        <w:gridCol w:w="9360"/>
      </w:tblGrid>
      <w:tr w:rsidR="00B134CE" w14:paraId="75C3F7A1" w14:textId="77777777">
        <w:trPr>
          <w:jc w:val="center"/>
        </w:trPr>
        <w:tc>
          <w:tcPr>
            <w:tcW w:w="9360" w:type="dxa"/>
            <w:tcBorders>
              <w:top w:val="single" w:sz="4" w:space="0" w:color="D0D7DE"/>
              <w:left w:val="single" w:sz="4" w:space="0" w:color="D0D7DE"/>
              <w:bottom w:val="single" w:sz="4" w:space="0" w:color="D0D7DE"/>
              <w:right w:val="single" w:sz="4" w:space="0" w:color="D0D7DE"/>
            </w:tcBorders>
            <w:shd w:val="clear" w:color="auto" w:fill="F8F9FA"/>
            <w:tcMar>
              <w:top w:w="100" w:type="dxa"/>
              <w:left w:w="150" w:type="dxa"/>
              <w:bottom w:w="100" w:type="dxa"/>
              <w:right w:w="150" w:type="dxa"/>
            </w:tcMar>
          </w:tcPr>
          <w:p w14:paraId="200EE06A" w14:textId="77777777" w:rsidR="00B134CE" w:rsidRDefault="00000000">
            <w:pPr>
              <w:spacing w:after="0"/>
            </w:pPr>
            <w:r>
              <w:rPr>
                <w:rFonts w:ascii="Consolas" w:hAnsi="Consolas"/>
                <w:color w:val="1F2328"/>
                <w:sz w:val="19"/>
              </w:rPr>
              <w:t># 1. CONTEXT (BỐI CẢNH)</w:t>
            </w:r>
            <w:r>
              <w:rPr>
                <w:rFonts w:ascii="Consolas" w:hAnsi="Consolas"/>
                <w:color w:val="1F2328"/>
                <w:sz w:val="19"/>
              </w:rPr>
              <w:br/>
              <w:t>- Dự án: [Tên Dự án / Phòng ban]</w:t>
            </w:r>
            <w:r>
              <w:rPr>
                <w:rFonts w:ascii="Consolas" w:hAnsi="Consolas"/>
                <w:color w:val="1F2328"/>
                <w:sz w:val="19"/>
              </w:rPr>
              <w:br/>
              <w:t>- Mục tiêu: [Mục tiêu công việc cốt lõi]</w:t>
            </w:r>
            <w:r>
              <w:rPr>
                <w:rFonts w:ascii="Consolas" w:hAnsi="Consolas"/>
                <w:color w:val="1F2328"/>
                <w:sz w:val="19"/>
              </w:rPr>
              <w:br/>
              <w:t>- Khán giả nhận đầu ra: [Ban Giám đốc / Khách hàng VIP]</w:t>
            </w:r>
            <w:r>
              <w:rPr>
                <w:rFonts w:ascii="Consolas" w:hAnsi="Consolas"/>
                <w:color w:val="1F2328"/>
                <w:sz w:val="19"/>
              </w:rPr>
              <w:br/>
            </w:r>
            <w:r>
              <w:rPr>
                <w:rFonts w:ascii="Consolas" w:hAnsi="Consolas"/>
                <w:color w:val="1F2328"/>
                <w:sz w:val="19"/>
              </w:rPr>
              <w:br/>
              <w:t># 2. PROCESS (QUY TRÌNH THỰC THI)</w:t>
            </w:r>
            <w:r>
              <w:rPr>
                <w:rFonts w:ascii="Consolas" w:hAnsi="Consolas"/>
                <w:color w:val="1F2328"/>
                <w:sz w:val="19"/>
              </w:rPr>
              <w:br/>
              <w:t>- Bước 1: Quét dữ liệu từ Knowledge Base được cung cấp.</w:t>
            </w:r>
            <w:r>
              <w:rPr>
                <w:rFonts w:ascii="Consolas" w:hAnsi="Consolas"/>
                <w:color w:val="1F2328"/>
                <w:sz w:val="19"/>
              </w:rPr>
              <w:br/>
              <w:t>- Bước 2: Soạn thảo bản nháp theo khung cấu trúc BLUF (Bottom Line Up Front).</w:t>
            </w:r>
            <w:r>
              <w:rPr>
                <w:rFonts w:ascii="Consolas" w:hAnsi="Consolas"/>
                <w:color w:val="1F2328"/>
                <w:sz w:val="19"/>
              </w:rPr>
              <w:br/>
              <w:t>- Bước 3: Đưa ra 3 đề xuất hành động cụ thể.</w:t>
            </w:r>
            <w:r>
              <w:rPr>
                <w:rFonts w:ascii="Consolas" w:hAnsi="Consolas"/>
                <w:color w:val="1F2328"/>
                <w:sz w:val="19"/>
              </w:rPr>
              <w:br/>
            </w:r>
            <w:r>
              <w:rPr>
                <w:rFonts w:ascii="Consolas" w:hAnsi="Consolas"/>
                <w:color w:val="1F2328"/>
                <w:sz w:val="19"/>
              </w:rPr>
              <w:br/>
              <w:t># 3. TONE &amp; STYLE (TÔNG GIỌNG)</w:t>
            </w:r>
            <w:r>
              <w:rPr>
                <w:rFonts w:ascii="Consolas" w:hAnsi="Consolas"/>
                <w:color w:val="1F2328"/>
                <w:sz w:val="19"/>
              </w:rPr>
              <w:br/>
              <w:t>- Chuyên nghiệp, súc tích, đi thẳng vào bản chất.</w:t>
            </w:r>
            <w:r>
              <w:rPr>
                <w:rFonts w:ascii="Consolas" w:hAnsi="Consolas"/>
                <w:color w:val="1F2328"/>
                <w:sz w:val="19"/>
              </w:rPr>
              <w:br/>
              <w:t>- Tránh từ cấm: 'đột phá', 'tiên phong', 'synergy', 'leverage'.</w:t>
            </w:r>
            <w:r>
              <w:rPr>
                <w:rFonts w:ascii="Consolas" w:hAnsi="Consolas"/>
                <w:color w:val="1F2328"/>
                <w:sz w:val="19"/>
              </w:rPr>
              <w:br/>
            </w:r>
            <w:r>
              <w:rPr>
                <w:rFonts w:ascii="Consolas" w:hAnsi="Consolas"/>
                <w:color w:val="1F2328"/>
                <w:sz w:val="19"/>
              </w:rPr>
              <w:br/>
              <w:t># 4. REQUIREMENTS &amp; CONSTRAINTS</w:t>
            </w:r>
            <w:r>
              <w:rPr>
                <w:rFonts w:ascii="Consolas" w:hAnsi="Consolas"/>
                <w:color w:val="1F2328"/>
                <w:sz w:val="19"/>
              </w:rPr>
              <w:br/>
              <w:t>- Mọi con số phải trích dẫn tên file nguồn.</w:t>
            </w:r>
            <w:r>
              <w:rPr>
                <w:rFonts w:ascii="Consolas" w:hAnsi="Consolas"/>
                <w:color w:val="1F2328"/>
                <w:sz w:val="19"/>
              </w:rPr>
              <w:br/>
              <w:t>- Nếu thiếu dữ liệu, gắn cờ [CẦN VERIFY THÊM], TUYỆT ĐỐI KHÔNG tự suy diễn.</w:t>
            </w:r>
          </w:p>
        </w:tc>
      </w:tr>
    </w:tbl>
    <w:p w14:paraId="79FFD35F" w14:textId="77777777" w:rsidR="00B134CE" w:rsidRDefault="00B134CE">
      <w:pPr>
        <w:spacing w:after="80"/>
      </w:pPr>
    </w:p>
    <w:p w14:paraId="665CD553" w14:textId="77777777" w:rsidR="00B134CE" w:rsidRDefault="00000000">
      <w:pPr>
        <w:pStyle w:val="Heading2"/>
        <w:spacing w:before="280" w:after="120"/>
      </w:pPr>
      <w:r>
        <w:rPr>
          <w:color w:val="2F5496"/>
        </w:rPr>
        <w:t>2. Template Brief Cho Scheduled Task Trong Claude Cowork</w:t>
      </w:r>
    </w:p>
    <w:tbl>
      <w:tblPr>
        <w:tblW w:w="0" w:type="auto"/>
        <w:jc w:val="center"/>
        <w:tblLayout w:type="fixed"/>
        <w:tblLook w:val="04A0" w:firstRow="1" w:lastRow="0" w:firstColumn="1" w:lastColumn="0" w:noHBand="0" w:noVBand="1"/>
      </w:tblPr>
      <w:tblGrid>
        <w:gridCol w:w="9360"/>
      </w:tblGrid>
      <w:tr w:rsidR="00B134CE" w14:paraId="0C9DE76D" w14:textId="77777777">
        <w:trPr>
          <w:jc w:val="center"/>
        </w:trPr>
        <w:tc>
          <w:tcPr>
            <w:tcW w:w="9360" w:type="dxa"/>
            <w:tcBorders>
              <w:top w:val="single" w:sz="4" w:space="0" w:color="D0D7DE"/>
              <w:left w:val="single" w:sz="4" w:space="0" w:color="D0D7DE"/>
              <w:bottom w:val="single" w:sz="4" w:space="0" w:color="D0D7DE"/>
              <w:right w:val="single" w:sz="4" w:space="0" w:color="D0D7DE"/>
            </w:tcBorders>
            <w:shd w:val="clear" w:color="auto" w:fill="F8F9FA"/>
            <w:tcMar>
              <w:top w:w="100" w:type="dxa"/>
              <w:left w:w="150" w:type="dxa"/>
              <w:bottom w:w="100" w:type="dxa"/>
              <w:right w:w="150" w:type="dxa"/>
            </w:tcMar>
          </w:tcPr>
          <w:p w14:paraId="1270CE10" w14:textId="77777777" w:rsidR="00B134CE" w:rsidRDefault="00000000">
            <w:pPr>
              <w:spacing w:after="0"/>
            </w:pPr>
            <w:r>
              <w:rPr>
                <w:rFonts w:ascii="Consolas" w:hAnsi="Consolas"/>
                <w:color w:val="1F2328"/>
                <w:sz w:val="19"/>
              </w:rPr>
              <w:t>TASK NAME: Weekly Financial &amp; Project Status Sync</w:t>
            </w:r>
            <w:r>
              <w:rPr>
                <w:rFonts w:ascii="Consolas" w:hAnsi="Consolas"/>
                <w:color w:val="1F2328"/>
                <w:sz w:val="19"/>
              </w:rPr>
              <w:br/>
              <w:t>CADENCE: Hàng tuần — Mỗi thứ Sáu lúc 15:30</w:t>
            </w:r>
            <w:r>
              <w:rPr>
                <w:rFonts w:ascii="Consolas" w:hAnsi="Consolas"/>
                <w:color w:val="1F2328"/>
                <w:sz w:val="19"/>
              </w:rPr>
              <w:br/>
              <w:t>FOLDER: C:/Company_Workspace/Q3_Reports</w:t>
            </w:r>
            <w:r>
              <w:rPr>
                <w:rFonts w:ascii="Consolas" w:hAnsi="Consolas"/>
                <w:color w:val="1F2328"/>
                <w:sz w:val="19"/>
              </w:rPr>
              <w:br/>
            </w:r>
            <w:r>
              <w:rPr>
                <w:rFonts w:ascii="Consolas" w:hAnsi="Consolas"/>
                <w:color w:val="1F2328"/>
                <w:sz w:val="19"/>
              </w:rPr>
              <w:br/>
              <w:t>BRIEF CHÍNH:</w:t>
            </w:r>
            <w:r>
              <w:rPr>
                <w:rFonts w:ascii="Consolas" w:hAnsi="Consolas"/>
                <w:color w:val="1F2328"/>
                <w:sz w:val="19"/>
              </w:rPr>
              <w:br/>
              <w:t>1. Kích hoạt Custom Skill /weekly-status-generator.</w:t>
            </w:r>
            <w:r>
              <w:rPr>
                <w:rFonts w:ascii="Consolas" w:hAnsi="Consolas"/>
                <w:color w:val="1F2328"/>
                <w:sz w:val="19"/>
              </w:rPr>
              <w:br/>
              <w:t>2. Quét toàn bộ file Excel kpi và file Word biên bản họp trong thư mục chỉ định.</w:t>
            </w:r>
            <w:r>
              <w:rPr>
                <w:rFonts w:ascii="Consolas" w:hAnsi="Consolas"/>
                <w:color w:val="1F2328"/>
                <w:sz w:val="19"/>
              </w:rPr>
              <w:br/>
              <w:t>3. Tổng hợp thành 1 file báo cáo .docx duy nhất theo mẫu công ty.</w:t>
            </w:r>
            <w:r>
              <w:rPr>
                <w:rFonts w:ascii="Consolas" w:hAnsi="Consolas"/>
                <w:color w:val="1F2328"/>
                <w:sz w:val="19"/>
              </w:rPr>
              <w:br/>
              <w:t>4. Tạo 1 bản nháp email báo cáo gửi Ban Giám đốc (Lưu vào Drafts, KHÔNG tự gửi).</w:t>
            </w:r>
            <w:r>
              <w:rPr>
                <w:rFonts w:ascii="Consolas" w:hAnsi="Consolas"/>
                <w:color w:val="1F2328"/>
                <w:sz w:val="19"/>
              </w:rPr>
              <w:br/>
              <w:t>5. Hiển thị thông báo tóm tắt 3 dòng kèm các rủi ro cần duyệt gấp.</w:t>
            </w:r>
          </w:p>
        </w:tc>
      </w:tr>
    </w:tbl>
    <w:p w14:paraId="20C3E923" w14:textId="77777777" w:rsidR="00B134CE" w:rsidRDefault="00B134CE">
      <w:pPr>
        <w:spacing w:after="80"/>
      </w:pPr>
    </w:p>
    <w:p w14:paraId="16D3A175" w14:textId="77777777" w:rsidR="00B134CE" w:rsidRDefault="00000000">
      <w:pPr>
        <w:pStyle w:val="Heading2"/>
        <w:spacing w:before="280" w:after="120"/>
      </w:pPr>
      <w:r>
        <w:rPr>
          <w:color w:val="2F5496"/>
        </w:rPr>
        <w:t>3. Bảng Thuật Ngữ Kỹ Thuật (Glossary A-Z)</w:t>
      </w:r>
    </w:p>
    <w:tbl>
      <w:tblPr>
        <w:tblW w:w="0" w:type="auto"/>
        <w:jc w:val="center"/>
        <w:tblLayout w:type="fixed"/>
        <w:tblLook w:val="04A0" w:firstRow="1" w:lastRow="0" w:firstColumn="1" w:lastColumn="0" w:noHBand="0" w:noVBand="1"/>
      </w:tblPr>
      <w:tblGrid>
        <w:gridCol w:w="2880"/>
        <w:gridCol w:w="6480"/>
      </w:tblGrid>
      <w:tr w:rsidR="00B134CE" w14:paraId="43A76356" w14:textId="77777777">
        <w:trPr>
          <w:jc w:val="center"/>
        </w:trPr>
        <w:tc>
          <w:tcPr>
            <w:tcW w:w="2880" w:type="dxa"/>
            <w:shd w:val="clear" w:color="auto" w:fill="2F5496"/>
            <w:tcMar>
              <w:top w:w="100" w:type="dxa"/>
              <w:left w:w="120" w:type="dxa"/>
              <w:bottom w:w="100" w:type="dxa"/>
              <w:right w:w="120" w:type="dxa"/>
            </w:tcMar>
          </w:tcPr>
          <w:p w14:paraId="4FE5D2C1" w14:textId="77777777" w:rsidR="00B134CE" w:rsidRDefault="00000000">
            <w:pPr>
              <w:spacing w:after="0"/>
            </w:pPr>
            <w:r>
              <w:rPr>
                <w:b/>
                <w:color w:val="FFFFFF"/>
                <w:sz w:val="19"/>
              </w:rPr>
              <w:t>THUẬT NGỮ</w:t>
            </w:r>
          </w:p>
        </w:tc>
        <w:tc>
          <w:tcPr>
            <w:tcW w:w="6480" w:type="dxa"/>
            <w:shd w:val="clear" w:color="auto" w:fill="2F5496"/>
            <w:tcMar>
              <w:top w:w="100" w:type="dxa"/>
              <w:left w:w="120" w:type="dxa"/>
              <w:bottom w:w="100" w:type="dxa"/>
              <w:right w:w="120" w:type="dxa"/>
            </w:tcMar>
          </w:tcPr>
          <w:p w14:paraId="3ED31A5E" w14:textId="77777777" w:rsidR="00B134CE" w:rsidRDefault="00000000">
            <w:pPr>
              <w:spacing w:after="0"/>
            </w:pPr>
            <w:r>
              <w:rPr>
                <w:b/>
                <w:color w:val="FFFFFF"/>
                <w:sz w:val="19"/>
              </w:rPr>
              <w:t>ĐỊNH NGHĨA KỸ THUẬT &amp; ỨNG DỤNG</w:t>
            </w:r>
          </w:p>
        </w:tc>
      </w:tr>
      <w:tr w:rsidR="00B134CE" w14:paraId="47E47131"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079AB642" w14:textId="77777777" w:rsidR="00B134CE" w:rsidRDefault="00000000">
            <w:pPr>
              <w:spacing w:after="0"/>
            </w:pPr>
            <w:r>
              <w:rPr>
                <w:color w:val="333333"/>
                <w:sz w:val="18"/>
              </w:rPr>
              <w:t>Agentic AI</w:t>
            </w:r>
          </w:p>
        </w:tc>
        <w:tc>
          <w:tcPr>
            <w:tcW w:w="64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54EB78D" w14:textId="77777777" w:rsidR="00B134CE" w:rsidRDefault="00000000">
            <w:pPr>
              <w:spacing w:after="0"/>
            </w:pPr>
            <w:r>
              <w:rPr>
                <w:color w:val="333333"/>
                <w:sz w:val="18"/>
              </w:rPr>
              <w:t>Trí tuệ nhân tạo có khả năng tự lập kế hoạch và thực hiện chuỗi hành động đa bước độc lập</w:t>
            </w:r>
          </w:p>
        </w:tc>
      </w:tr>
      <w:tr w:rsidR="00B134CE" w14:paraId="72AFACBB"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21D73DE5" w14:textId="77777777" w:rsidR="00B134CE" w:rsidRDefault="00000000">
            <w:pPr>
              <w:spacing w:after="0"/>
            </w:pPr>
            <w:r>
              <w:rPr>
                <w:color w:val="333333"/>
                <w:sz w:val="18"/>
              </w:rPr>
              <w:lastRenderedPageBreak/>
              <w:t>Artifact</w:t>
            </w:r>
          </w:p>
        </w:tc>
        <w:tc>
          <w:tcPr>
            <w:tcW w:w="64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596E2C8B" w14:textId="77777777" w:rsidR="00B134CE" w:rsidRDefault="00000000">
            <w:pPr>
              <w:spacing w:after="0"/>
            </w:pPr>
            <w:r>
              <w:rPr>
                <w:color w:val="333333"/>
                <w:sz w:val="18"/>
              </w:rPr>
              <w:t>Sản phẩm đầu ra độc lập của Claude trong cửa sổ riêng (Document, Code, Interactive Web, Mermaid)</w:t>
            </w:r>
          </w:p>
        </w:tc>
      </w:tr>
      <w:tr w:rsidR="00B134CE" w14:paraId="27208583"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88272C6" w14:textId="77777777" w:rsidR="00B134CE" w:rsidRDefault="00000000">
            <w:pPr>
              <w:spacing w:after="0"/>
            </w:pPr>
            <w:r>
              <w:rPr>
                <w:color w:val="333333"/>
                <w:sz w:val="18"/>
              </w:rPr>
              <w:t>BLUF</w:t>
            </w:r>
          </w:p>
        </w:tc>
        <w:tc>
          <w:tcPr>
            <w:tcW w:w="64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1F7A050D" w14:textId="77777777" w:rsidR="00B134CE" w:rsidRDefault="00000000">
            <w:pPr>
              <w:spacing w:after="0"/>
            </w:pPr>
            <w:r>
              <w:rPr>
                <w:color w:val="333333"/>
                <w:sz w:val="18"/>
              </w:rPr>
              <w:t>Bottom Line Up Front — Phương pháp đặt thông điệp và kết luận quan trọng nhất lên đầu văn bản</w:t>
            </w:r>
          </w:p>
        </w:tc>
      </w:tr>
      <w:tr w:rsidR="00B134CE" w14:paraId="0FE83E54"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25AEB880" w14:textId="77777777" w:rsidR="00B134CE" w:rsidRDefault="00000000">
            <w:pPr>
              <w:spacing w:after="0"/>
            </w:pPr>
            <w:r>
              <w:rPr>
                <w:color w:val="333333"/>
                <w:sz w:val="18"/>
              </w:rPr>
              <w:t>Constitutional AI</w:t>
            </w:r>
          </w:p>
        </w:tc>
        <w:tc>
          <w:tcPr>
            <w:tcW w:w="64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3AE8CC09" w14:textId="77777777" w:rsidR="00B134CE" w:rsidRDefault="00000000">
            <w:pPr>
              <w:spacing w:after="0"/>
            </w:pPr>
            <w:r>
              <w:rPr>
                <w:color w:val="333333"/>
                <w:sz w:val="18"/>
              </w:rPr>
              <w:t>Phương pháp huấn luyện AI dựa trên bộ nguyên tắc quy chuẩn để đảm bảo an toàn và trung thực</w:t>
            </w:r>
          </w:p>
        </w:tc>
      </w:tr>
      <w:tr w:rsidR="00B134CE" w14:paraId="44D279BA"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BABD3D0" w14:textId="77777777" w:rsidR="00B134CE" w:rsidRDefault="00000000">
            <w:pPr>
              <w:spacing w:after="0"/>
            </w:pPr>
            <w:r>
              <w:rPr>
                <w:color w:val="333333"/>
                <w:sz w:val="18"/>
              </w:rPr>
              <w:t>Context Window</w:t>
            </w:r>
          </w:p>
        </w:tc>
        <w:tc>
          <w:tcPr>
            <w:tcW w:w="64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69E9AE59" w14:textId="77777777" w:rsidR="00B134CE" w:rsidRDefault="00000000">
            <w:pPr>
              <w:spacing w:after="0"/>
            </w:pPr>
            <w:r>
              <w:rPr>
                <w:color w:val="333333"/>
                <w:sz w:val="18"/>
              </w:rPr>
              <w:t>Cửa sổ ngữ cảnh — Dung lượng thông tin AI xử lý trong 1 phiên (từ 200K đến 1M tokens)</w:t>
            </w:r>
          </w:p>
        </w:tc>
      </w:tr>
      <w:tr w:rsidR="00B134CE" w14:paraId="312D5F62"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5994B5E7" w14:textId="77777777" w:rsidR="00B134CE" w:rsidRDefault="00000000">
            <w:pPr>
              <w:spacing w:after="0"/>
            </w:pPr>
            <w:r>
              <w:rPr>
                <w:color w:val="333333"/>
                <w:sz w:val="18"/>
              </w:rPr>
              <w:t>CRAFT Framework</w:t>
            </w:r>
          </w:p>
        </w:tc>
        <w:tc>
          <w:tcPr>
            <w:tcW w:w="64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391336E2" w14:textId="77777777" w:rsidR="00B134CE" w:rsidRDefault="00000000">
            <w:pPr>
              <w:spacing w:after="0"/>
            </w:pPr>
            <w:r>
              <w:rPr>
                <w:color w:val="333333"/>
                <w:sz w:val="18"/>
              </w:rPr>
              <w:t>Khung viết prompt mở rộng: Context - Role - Ask - Format - Tone</w:t>
            </w:r>
          </w:p>
        </w:tc>
      </w:tr>
      <w:tr w:rsidR="00B134CE" w14:paraId="7866AADA"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34B0FFEE" w14:textId="77777777" w:rsidR="00B134CE" w:rsidRDefault="00000000">
            <w:pPr>
              <w:spacing w:after="0"/>
            </w:pPr>
            <w:r>
              <w:rPr>
                <w:color w:val="333333"/>
                <w:sz w:val="18"/>
              </w:rPr>
              <w:t>Custom Skill</w:t>
            </w:r>
          </w:p>
        </w:tc>
        <w:tc>
          <w:tcPr>
            <w:tcW w:w="64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05571253" w14:textId="77777777" w:rsidR="00B134CE" w:rsidRDefault="00000000">
            <w:pPr>
              <w:spacing w:after="0"/>
            </w:pPr>
            <w:r>
              <w:rPr>
                <w:color w:val="333333"/>
                <w:sz w:val="18"/>
              </w:rPr>
              <w:t>Thư mục đóng gói quy trình chuẩn chứa file SKILL.md giúp Claude thực thi tự động</w:t>
            </w:r>
          </w:p>
        </w:tc>
      </w:tr>
      <w:tr w:rsidR="00B134CE" w14:paraId="1582B01E"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15B56FF3" w14:textId="77777777" w:rsidR="00B134CE" w:rsidRDefault="00000000">
            <w:pPr>
              <w:spacing w:after="0"/>
            </w:pPr>
            <w:r>
              <w:rPr>
                <w:color w:val="333333"/>
                <w:sz w:val="18"/>
              </w:rPr>
              <w:t>Extended Thinking</w:t>
            </w:r>
          </w:p>
        </w:tc>
        <w:tc>
          <w:tcPr>
            <w:tcW w:w="64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6C946F67" w14:textId="77777777" w:rsidR="00B134CE" w:rsidRDefault="00000000">
            <w:pPr>
              <w:spacing w:after="0"/>
            </w:pPr>
            <w:r>
              <w:rPr>
                <w:color w:val="333333"/>
                <w:sz w:val="18"/>
              </w:rPr>
              <w:t>Chế độ suy luận từng bước công khai (Scratchpad) trước khi trả lời chính thức</w:t>
            </w:r>
          </w:p>
        </w:tc>
      </w:tr>
      <w:tr w:rsidR="00B134CE" w14:paraId="1832DEA0"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1AB1F60" w14:textId="77777777" w:rsidR="00B134CE" w:rsidRDefault="00000000">
            <w:pPr>
              <w:spacing w:after="0"/>
            </w:pPr>
            <w:r>
              <w:rPr>
                <w:color w:val="333333"/>
                <w:sz w:val="18"/>
              </w:rPr>
              <w:t>MCP</w:t>
            </w:r>
          </w:p>
        </w:tc>
        <w:tc>
          <w:tcPr>
            <w:tcW w:w="64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2CDF93B9" w14:textId="77777777" w:rsidR="00B134CE" w:rsidRDefault="00000000">
            <w:pPr>
              <w:spacing w:after="0"/>
            </w:pPr>
            <w:r>
              <w:rPr>
                <w:color w:val="333333"/>
                <w:sz w:val="18"/>
              </w:rPr>
              <w:t>Model Context Protocol — Tiêu chuẩn mở kết nối AI với công cụ và dữ liệu bên ngoài</w:t>
            </w:r>
          </w:p>
        </w:tc>
      </w:tr>
      <w:tr w:rsidR="00B134CE" w14:paraId="134ED3B3"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72935F5D" w14:textId="77777777" w:rsidR="00B134CE" w:rsidRDefault="00000000">
            <w:pPr>
              <w:spacing w:after="0"/>
            </w:pPr>
            <w:r>
              <w:rPr>
                <w:color w:val="333333"/>
                <w:sz w:val="18"/>
              </w:rPr>
              <w:t>Progressive Disclosure</w:t>
            </w:r>
          </w:p>
        </w:tc>
        <w:tc>
          <w:tcPr>
            <w:tcW w:w="64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1ABE5851" w14:textId="77777777" w:rsidR="00B134CE" w:rsidRDefault="00000000">
            <w:pPr>
              <w:spacing w:after="0"/>
            </w:pPr>
            <w:r>
              <w:rPr>
                <w:color w:val="333333"/>
                <w:sz w:val="18"/>
              </w:rPr>
              <w:t>Cơ chế nạp thông tin dạng phân cấp của Skills giúp tối ưu cửa sổ ngữ cảnh</w:t>
            </w:r>
          </w:p>
        </w:tc>
      </w:tr>
      <w:tr w:rsidR="00B134CE" w14:paraId="77D4CB16"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521C3D50" w14:textId="77777777" w:rsidR="00B134CE" w:rsidRDefault="00000000">
            <w:pPr>
              <w:spacing w:after="0"/>
            </w:pPr>
            <w:r>
              <w:rPr>
                <w:color w:val="333333"/>
                <w:sz w:val="18"/>
              </w:rPr>
              <w:t>Rio's Loop</w:t>
            </w:r>
          </w:p>
        </w:tc>
        <w:tc>
          <w:tcPr>
            <w:tcW w:w="6480" w:type="dxa"/>
            <w:tcBorders>
              <w:top w:val="single" w:sz="4" w:space="0" w:color="E5E7EB"/>
              <w:left w:val="single" w:sz="4" w:space="0" w:color="E5E7EB"/>
              <w:bottom w:val="single" w:sz="4" w:space="0" w:color="E5E7EB"/>
              <w:right w:val="single" w:sz="4" w:space="0" w:color="E5E7EB"/>
            </w:tcBorders>
            <w:shd w:val="clear" w:color="auto" w:fill="FFFFFF"/>
            <w:tcMar>
              <w:top w:w="80" w:type="dxa"/>
              <w:left w:w="120" w:type="dxa"/>
              <w:bottom w:w="80" w:type="dxa"/>
              <w:right w:w="120" w:type="dxa"/>
            </w:tcMar>
          </w:tcPr>
          <w:p w14:paraId="20690440" w14:textId="77777777" w:rsidR="00B134CE" w:rsidRDefault="00000000">
            <w:pPr>
              <w:spacing w:after="0"/>
            </w:pPr>
            <w:r>
              <w:rPr>
                <w:color w:val="333333"/>
                <w:sz w:val="18"/>
              </w:rPr>
              <w:t>Quy trình 6 bước thử nghiệm và đánh giá độ tin cậy của AI trên dữ liệu thực tế</w:t>
            </w:r>
          </w:p>
        </w:tc>
      </w:tr>
      <w:tr w:rsidR="00B134CE" w14:paraId="6DD6D68F" w14:textId="77777777">
        <w:trPr>
          <w:jc w:val="center"/>
        </w:trPr>
        <w:tc>
          <w:tcPr>
            <w:tcW w:w="28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398001E7" w14:textId="77777777" w:rsidR="00B134CE" w:rsidRDefault="00000000">
            <w:pPr>
              <w:spacing w:after="0"/>
            </w:pPr>
            <w:r>
              <w:rPr>
                <w:color w:val="333333"/>
                <w:sz w:val="18"/>
              </w:rPr>
              <w:t>Subagents</w:t>
            </w:r>
          </w:p>
        </w:tc>
        <w:tc>
          <w:tcPr>
            <w:tcW w:w="6480" w:type="dxa"/>
            <w:tcBorders>
              <w:top w:val="single" w:sz="4" w:space="0" w:color="E5E7EB"/>
              <w:left w:val="single" w:sz="4" w:space="0" w:color="E5E7EB"/>
              <w:bottom w:val="single" w:sz="4" w:space="0" w:color="E5E7EB"/>
              <w:right w:val="single" w:sz="4" w:space="0" w:color="E5E7EB"/>
            </w:tcBorders>
            <w:shd w:val="clear" w:color="auto" w:fill="F9FAFB"/>
            <w:tcMar>
              <w:top w:w="80" w:type="dxa"/>
              <w:left w:w="120" w:type="dxa"/>
              <w:bottom w:w="80" w:type="dxa"/>
              <w:right w:w="120" w:type="dxa"/>
            </w:tcMar>
          </w:tcPr>
          <w:p w14:paraId="7ED5DEF2" w14:textId="77777777" w:rsidR="00B134CE" w:rsidRDefault="00000000">
            <w:pPr>
              <w:spacing w:after="0"/>
            </w:pPr>
            <w:r>
              <w:rPr>
                <w:color w:val="333333"/>
                <w:sz w:val="18"/>
              </w:rPr>
              <w:t>Các đại lý AI phụ được khởi tạo tự động để xử lý song song các tác vụ con trong Cowork</w:t>
            </w:r>
          </w:p>
        </w:tc>
      </w:tr>
    </w:tbl>
    <w:p w14:paraId="65F21479" w14:textId="77777777" w:rsidR="00B134CE" w:rsidRDefault="00B134CE"/>
    <w:p w14:paraId="13084EC9" w14:textId="77777777" w:rsidR="00B134CE" w:rsidRDefault="00000000">
      <w:pPr>
        <w:pStyle w:val="Heading2"/>
        <w:spacing w:before="280" w:after="120"/>
      </w:pPr>
      <w:r>
        <w:rPr>
          <w:color w:val="2F5496"/>
        </w:rPr>
        <w:t>4. Lộ Trình Thực Hành 6 Tuần Đạt AI Fluency</w:t>
      </w:r>
    </w:p>
    <w:p w14:paraId="40C32CEB" w14:textId="77777777" w:rsidR="00B134CE" w:rsidRDefault="00000000">
      <w:pPr>
        <w:pStyle w:val="ListBullet"/>
        <w:spacing w:after="60"/>
      </w:pPr>
      <w:r>
        <w:rPr>
          <w:b/>
        </w:rPr>
        <w:t>Tuần 1 — Nền Tảng:</w:t>
      </w:r>
      <w:r>
        <w:rPr>
          <w:color w:val="333333"/>
        </w:rPr>
        <w:t xml:space="preserve"> Nắm vững giao diện, cài đặt Preferences và thực hành 10 prompt theo công thức C-T-R.</w:t>
      </w:r>
    </w:p>
    <w:p w14:paraId="1A9EFA2E" w14:textId="77777777" w:rsidR="00B134CE" w:rsidRDefault="00000000">
      <w:pPr>
        <w:pStyle w:val="ListBullet"/>
        <w:spacing w:after="60"/>
      </w:pPr>
      <w:r>
        <w:rPr>
          <w:b/>
        </w:rPr>
        <w:t>Tuần 2 — Tư Duy Giao Tiếp:</w:t>
      </w:r>
      <w:r>
        <w:rPr>
          <w:color w:val="333333"/>
        </w:rPr>
        <w:t xml:space="preserve"> Làm quen với Extended Thinking Mode và ứng dụng Rio's Loop cho 1 tác vụ thủ công cũ.</w:t>
      </w:r>
    </w:p>
    <w:p w14:paraId="5FF08323" w14:textId="77777777" w:rsidR="00B134CE" w:rsidRDefault="00000000">
      <w:pPr>
        <w:pStyle w:val="ListBullet"/>
        <w:spacing w:after="60"/>
      </w:pPr>
      <w:r>
        <w:rPr>
          <w:b/>
        </w:rPr>
        <w:t>Tuần 3 — Chuẩn Hóa Project:</w:t>
      </w:r>
      <w:r>
        <w:rPr>
          <w:color w:val="333333"/>
        </w:rPr>
        <w:t xml:space="preserve"> Thiết lập Project đầu tiên cho công việc lặp lại nhiều nhất theo 'Quy tắc lần thứ 3'.</w:t>
      </w:r>
    </w:p>
    <w:p w14:paraId="28E3BA0C" w14:textId="77777777" w:rsidR="00B134CE" w:rsidRDefault="00000000">
      <w:pPr>
        <w:pStyle w:val="ListBullet"/>
        <w:spacing w:after="60"/>
      </w:pPr>
      <w:r>
        <w:rPr>
          <w:b/>
        </w:rPr>
        <w:t>Tuần 4 — Đóng Gói Custom Skill:</w:t>
      </w:r>
      <w:r>
        <w:rPr>
          <w:color w:val="333333"/>
        </w:rPr>
        <w:t xml:space="preserve"> Đóng gói 1 Custom Skill với file SKILL.md hoàn chỉnh.</w:t>
      </w:r>
    </w:p>
    <w:p w14:paraId="43651A27" w14:textId="77777777" w:rsidR="00B134CE" w:rsidRDefault="00000000">
      <w:pPr>
        <w:pStyle w:val="ListBullet"/>
        <w:spacing w:after="60"/>
      </w:pPr>
      <w:r>
        <w:rPr>
          <w:b/>
        </w:rPr>
        <w:t>Tuần 5 — Tự Động Hóa Với Cowork:</w:t>
      </w:r>
      <w:r>
        <w:rPr>
          <w:color w:val="333333"/>
        </w:rPr>
        <w:t xml:space="preserve"> Trải nghiệm Claude Cowork (Desktop) và cài đặt Scheduled Task tự động hóa.</w:t>
      </w:r>
    </w:p>
    <w:p w14:paraId="18A92210" w14:textId="77777777" w:rsidR="00B134CE" w:rsidRDefault="00000000">
      <w:pPr>
        <w:pStyle w:val="ListBullet"/>
        <w:spacing w:after="60"/>
      </w:pPr>
      <w:r>
        <w:rPr>
          <w:b/>
        </w:rPr>
        <w:t>Tuần 6 — Mở Rộng Hệ Sinh Thái:</w:t>
      </w:r>
      <w:r>
        <w:rPr>
          <w:color w:val="333333"/>
        </w:rPr>
        <w:t xml:space="preserve"> Trải nghiệm Claude Code CLI (dành cho lập trình) hoặc Connectors / Enterprise Search.</w:t>
      </w:r>
    </w:p>
    <w:sectPr w:rsidR="00B134CE"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20E55" w14:textId="77777777" w:rsidR="00264D21" w:rsidRDefault="00264D21">
      <w:pPr>
        <w:spacing w:after="0" w:line="240" w:lineRule="auto"/>
      </w:pPr>
      <w:r>
        <w:separator/>
      </w:r>
    </w:p>
  </w:endnote>
  <w:endnote w:type="continuationSeparator" w:id="0">
    <w:p w14:paraId="170E93CA" w14:textId="77777777" w:rsidR="00264D21" w:rsidRDefault="00264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521FC" w14:textId="77777777" w:rsidR="00B134CE" w:rsidRDefault="00000000">
    <w:pPr>
      <w:pStyle w:val="Footer"/>
      <w:jc w:val="center"/>
    </w:pPr>
    <w:r>
      <w:rPr>
        <w:color w:val="666666"/>
        <w:sz w:val="18"/>
      </w:rPr>
      <w:t xml:space="preserve">Trang </w:t>
    </w:r>
    <w:r>
      <w:fldChar w:fldCharType="begin"/>
    </w:r>
    <w:r>
      <w:instrText>PAGE</w:instrText>
    </w:r>
    <w:r>
      <w:fldChar w:fldCharType="separate"/>
    </w:r>
    <w:r w:rsidR="009A276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C2BB7" w14:textId="77777777" w:rsidR="00264D21" w:rsidRDefault="00264D21">
      <w:pPr>
        <w:spacing w:after="0" w:line="240" w:lineRule="auto"/>
      </w:pPr>
      <w:r>
        <w:separator/>
      </w:r>
    </w:p>
  </w:footnote>
  <w:footnote w:type="continuationSeparator" w:id="0">
    <w:p w14:paraId="32215D13" w14:textId="77777777" w:rsidR="00264D21" w:rsidRDefault="00264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9EB7F" w14:textId="77777777" w:rsidR="00B134CE" w:rsidRDefault="00000000">
    <w:pPr>
      <w:pStyle w:val="Header"/>
      <w:jc w:val="right"/>
    </w:pPr>
    <w:r>
      <w:rPr>
        <w:color w:val="888888"/>
        <w:sz w:val="17"/>
      </w:rPr>
      <w:t>Cẩm Nang Toàn Diện Claude AI, Claude Cowork &amp; Claude Code — Anthropic Academy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8084215">
    <w:abstractNumId w:val="8"/>
  </w:num>
  <w:num w:numId="2" w16cid:durableId="2133280744">
    <w:abstractNumId w:val="6"/>
  </w:num>
  <w:num w:numId="3" w16cid:durableId="2114208687">
    <w:abstractNumId w:val="5"/>
  </w:num>
  <w:num w:numId="4" w16cid:durableId="1859349882">
    <w:abstractNumId w:val="4"/>
  </w:num>
  <w:num w:numId="5" w16cid:durableId="619727740">
    <w:abstractNumId w:val="7"/>
  </w:num>
  <w:num w:numId="6" w16cid:durableId="1207984196">
    <w:abstractNumId w:val="3"/>
  </w:num>
  <w:num w:numId="7" w16cid:durableId="1521159881">
    <w:abstractNumId w:val="2"/>
  </w:num>
  <w:num w:numId="8" w16cid:durableId="1797598997">
    <w:abstractNumId w:val="1"/>
  </w:num>
  <w:num w:numId="9" w16cid:durableId="628971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4D21"/>
    <w:rsid w:val="0029639D"/>
    <w:rsid w:val="00326F90"/>
    <w:rsid w:val="00505844"/>
    <w:rsid w:val="005E7B25"/>
    <w:rsid w:val="009A276D"/>
    <w:rsid w:val="00AA1D8D"/>
    <w:rsid w:val="00B134CE"/>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A4E9AC"/>
  <w14:defaultImageDpi w14:val="300"/>
  <w15:docId w15:val="{D7F3706B-FB5C-495C-92E4-96594C13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8" w:lineRule="auto"/>
    </w:pPr>
    <w:rPr>
      <w:rFonts w:ascii="Arial" w:hAnsi="Arial"/>
      <w:color w:val="222222"/>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3916</Words>
  <Characters>22325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3</cp:revision>
  <dcterms:created xsi:type="dcterms:W3CDTF">2013-12-23T23:15:00Z</dcterms:created>
  <dcterms:modified xsi:type="dcterms:W3CDTF">2026-09-27T14:23:00Z</dcterms:modified>
  <cp:category/>
</cp:coreProperties>
</file>